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87DC2" w14:textId="77777777" w:rsidR="004419DF" w:rsidRDefault="002F6DDC">
      <w:pPr>
        <w:jc w:val="right"/>
      </w:pPr>
      <w:r>
        <w:rPr>
          <w:color w:val="000000"/>
        </w:rPr>
        <w:t>Załącznik nr 1 do zapytania ofertowego</w:t>
      </w:r>
    </w:p>
    <w:p w14:paraId="075D41B0" w14:textId="77777777" w:rsidR="004419DF" w:rsidRDefault="002F6DDC">
      <w:pPr>
        <w:jc w:val="center"/>
      </w:pPr>
      <w:r>
        <w:rPr>
          <w:b/>
          <w:color w:val="000000"/>
          <w:sz w:val="28"/>
        </w:rPr>
        <w:t>FORMULARZ OFERTOWY WYKONAWCY</w:t>
      </w:r>
    </w:p>
    <w:p w14:paraId="1FADB7FC" w14:textId="77777777" w:rsidR="004419DF" w:rsidRDefault="002F6DDC">
      <w:r>
        <w:rPr>
          <w:b/>
          <w:color w:val="000000"/>
        </w:rPr>
        <w:t>Nazwa zadania: Doprowadzenie do zgodności oznaczenia klasoużytków (użytków gruntowych, klas bonitacyjnych) pomiędzy częścią opisową (rejestr gruntów) a częścią graficzną (mapa ewidencji gruntów) bazy danych ewidencji gruntów i budynków</w:t>
      </w:r>
    </w:p>
    <w:p w14:paraId="6677F71E" w14:textId="77777777" w:rsidR="004419DF" w:rsidRDefault="002F6DDC">
      <w:pPr>
        <w:keepNext/>
        <w:spacing w:before="120" w:after="80"/>
      </w:pPr>
      <w:r>
        <w:rPr>
          <w:b/>
          <w:color w:val="000000"/>
        </w:rPr>
        <w:t>1. Dane Wykonawcy</w:t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4982"/>
        <w:gridCol w:w="4980"/>
      </w:tblGrid>
      <w:tr w:rsidR="004419DF" w14:paraId="2ED0F382" w14:textId="77777777">
        <w:trPr>
          <w:jc w:val="center"/>
        </w:trPr>
        <w:tc>
          <w:tcPr>
            <w:tcW w:w="498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350190F" w14:textId="77777777" w:rsidR="004419DF" w:rsidRDefault="002F6DDC">
            <w:pPr>
              <w:spacing w:after="0" w:line="240" w:lineRule="auto"/>
            </w:pPr>
            <w:r>
              <w:rPr>
                <w:sz w:val="18"/>
              </w:rPr>
              <w:t>Nazwa Wykonawcy</w:t>
            </w:r>
          </w:p>
        </w:tc>
        <w:tc>
          <w:tcPr>
            <w:tcW w:w="498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2DE2226" w14:textId="77777777" w:rsidR="004419DF" w:rsidRDefault="004419DF">
            <w:pPr>
              <w:spacing w:after="0" w:line="240" w:lineRule="auto"/>
            </w:pPr>
          </w:p>
        </w:tc>
      </w:tr>
      <w:tr w:rsidR="004419DF" w14:paraId="58CF9555" w14:textId="77777777">
        <w:trPr>
          <w:jc w:val="center"/>
        </w:trPr>
        <w:tc>
          <w:tcPr>
            <w:tcW w:w="498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11A84B1" w14:textId="77777777" w:rsidR="004419DF" w:rsidRDefault="002F6DDC">
            <w:pPr>
              <w:spacing w:after="0" w:line="240" w:lineRule="auto"/>
            </w:pPr>
            <w:r>
              <w:rPr>
                <w:sz w:val="18"/>
              </w:rPr>
              <w:t>Adres siedziby / adres działalności</w:t>
            </w:r>
          </w:p>
        </w:tc>
        <w:tc>
          <w:tcPr>
            <w:tcW w:w="498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1613233" w14:textId="77777777" w:rsidR="004419DF" w:rsidRDefault="004419DF">
            <w:pPr>
              <w:spacing w:after="0" w:line="240" w:lineRule="auto"/>
            </w:pPr>
          </w:p>
        </w:tc>
      </w:tr>
      <w:tr w:rsidR="004419DF" w14:paraId="358761EF" w14:textId="77777777">
        <w:trPr>
          <w:jc w:val="center"/>
        </w:trPr>
        <w:tc>
          <w:tcPr>
            <w:tcW w:w="498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EA0D0AC" w14:textId="77777777" w:rsidR="004419DF" w:rsidRDefault="002F6DDC">
            <w:pPr>
              <w:spacing w:after="0" w:line="240" w:lineRule="auto"/>
            </w:pPr>
            <w:r>
              <w:rPr>
                <w:sz w:val="18"/>
              </w:rPr>
              <w:t>NIP</w:t>
            </w:r>
          </w:p>
        </w:tc>
        <w:tc>
          <w:tcPr>
            <w:tcW w:w="498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A721473" w14:textId="77777777" w:rsidR="004419DF" w:rsidRDefault="004419DF">
            <w:pPr>
              <w:spacing w:after="0" w:line="240" w:lineRule="auto"/>
            </w:pPr>
          </w:p>
        </w:tc>
      </w:tr>
      <w:tr w:rsidR="004419DF" w14:paraId="53263231" w14:textId="77777777">
        <w:trPr>
          <w:jc w:val="center"/>
        </w:trPr>
        <w:tc>
          <w:tcPr>
            <w:tcW w:w="498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5C4E5B8" w14:textId="77777777" w:rsidR="004419DF" w:rsidRDefault="002F6DDC">
            <w:pPr>
              <w:spacing w:after="0" w:line="240" w:lineRule="auto"/>
            </w:pPr>
            <w:r>
              <w:rPr>
                <w:sz w:val="18"/>
              </w:rPr>
              <w:t>REGON</w:t>
            </w:r>
          </w:p>
        </w:tc>
        <w:tc>
          <w:tcPr>
            <w:tcW w:w="498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DAD79CC" w14:textId="77777777" w:rsidR="004419DF" w:rsidRDefault="004419DF">
            <w:pPr>
              <w:spacing w:after="0" w:line="240" w:lineRule="auto"/>
            </w:pPr>
          </w:p>
        </w:tc>
      </w:tr>
      <w:tr w:rsidR="004419DF" w14:paraId="33F079E5" w14:textId="77777777">
        <w:trPr>
          <w:jc w:val="center"/>
        </w:trPr>
        <w:tc>
          <w:tcPr>
            <w:tcW w:w="498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B606CA5" w14:textId="77777777" w:rsidR="004419DF" w:rsidRDefault="002F6DDC">
            <w:pPr>
              <w:spacing w:after="0" w:line="240" w:lineRule="auto"/>
            </w:pPr>
            <w:r>
              <w:rPr>
                <w:sz w:val="18"/>
              </w:rPr>
              <w:t>KRS / CEIDG</w:t>
            </w:r>
          </w:p>
        </w:tc>
        <w:tc>
          <w:tcPr>
            <w:tcW w:w="498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D34F6E5" w14:textId="77777777" w:rsidR="004419DF" w:rsidRDefault="004419DF">
            <w:pPr>
              <w:spacing w:after="0" w:line="240" w:lineRule="auto"/>
            </w:pPr>
          </w:p>
        </w:tc>
      </w:tr>
      <w:tr w:rsidR="004419DF" w14:paraId="7C4EDFCB" w14:textId="77777777">
        <w:trPr>
          <w:jc w:val="center"/>
        </w:trPr>
        <w:tc>
          <w:tcPr>
            <w:tcW w:w="498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B8123B4" w14:textId="77777777" w:rsidR="004419DF" w:rsidRDefault="002F6DDC">
            <w:pPr>
              <w:spacing w:after="0" w:line="240" w:lineRule="auto"/>
            </w:pPr>
            <w:r>
              <w:rPr>
                <w:sz w:val="18"/>
              </w:rPr>
              <w:t>Telefon</w:t>
            </w:r>
          </w:p>
        </w:tc>
        <w:tc>
          <w:tcPr>
            <w:tcW w:w="498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4437E3E" w14:textId="77777777" w:rsidR="004419DF" w:rsidRDefault="004419DF">
            <w:pPr>
              <w:spacing w:after="0" w:line="240" w:lineRule="auto"/>
            </w:pPr>
          </w:p>
        </w:tc>
      </w:tr>
      <w:tr w:rsidR="004419DF" w14:paraId="20722AC6" w14:textId="77777777">
        <w:trPr>
          <w:jc w:val="center"/>
        </w:trPr>
        <w:tc>
          <w:tcPr>
            <w:tcW w:w="498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8EC75B0" w14:textId="77777777" w:rsidR="004419DF" w:rsidRDefault="002F6DDC">
            <w:pPr>
              <w:spacing w:after="0" w:line="240" w:lineRule="auto"/>
            </w:pPr>
            <w:r>
              <w:rPr>
                <w:sz w:val="18"/>
              </w:rPr>
              <w:t>E-mail</w:t>
            </w:r>
          </w:p>
        </w:tc>
        <w:tc>
          <w:tcPr>
            <w:tcW w:w="498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26BE663" w14:textId="77777777" w:rsidR="004419DF" w:rsidRDefault="004419DF">
            <w:pPr>
              <w:spacing w:after="0" w:line="240" w:lineRule="auto"/>
            </w:pPr>
          </w:p>
        </w:tc>
      </w:tr>
      <w:tr w:rsidR="004419DF" w14:paraId="0BC3CD20" w14:textId="77777777">
        <w:trPr>
          <w:jc w:val="center"/>
        </w:trPr>
        <w:tc>
          <w:tcPr>
            <w:tcW w:w="498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6DFBA5B" w14:textId="77777777" w:rsidR="004419DF" w:rsidRDefault="002F6DDC">
            <w:pPr>
              <w:spacing w:after="0" w:line="240" w:lineRule="auto"/>
            </w:pPr>
            <w:r>
              <w:rPr>
                <w:sz w:val="18"/>
              </w:rPr>
              <w:t>Osoba upoważniona do reprezentacji i podpisania oferty</w:t>
            </w:r>
          </w:p>
        </w:tc>
        <w:tc>
          <w:tcPr>
            <w:tcW w:w="498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FFD1963" w14:textId="77777777" w:rsidR="004419DF" w:rsidRDefault="004419DF">
            <w:pPr>
              <w:spacing w:after="0" w:line="240" w:lineRule="auto"/>
            </w:pPr>
          </w:p>
        </w:tc>
      </w:tr>
    </w:tbl>
    <w:p w14:paraId="71A0F626" w14:textId="77777777" w:rsidR="004419DF" w:rsidRDefault="002F6DDC">
      <w:pPr>
        <w:keepNext/>
        <w:spacing w:before="120" w:after="80"/>
      </w:pPr>
      <w:r>
        <w:rPr>
          <w:b/>
          <w:color w:val="000000"/>
        </w:rPr>
        <w:t>2. Rodzaj przedsiębiorstwa</w:t>
      </w:r>
    </w:p>
    <w:p w14:paraId="4710127B" w14:textId="77777777" w:rsidR="004419DF" w:rsidRDefault="002F6DDC">
      <w:r>
        <w:rPr>
          <w:color w:val="000000"/>
        </w:rPr>
        <w:t>☐ jednoosobowa działalność gospodarcza   ☐ mikroprzedsiębiorstwo   ☐ małe przedsiębiorstwo   ☐ średnie przedsiębiorstwo   ☐ duże przedsiębiorstwo   ☐ inne: ………………………</w:t>
      </w:r>
    </w:p>
    <w:p w14:paraId="4EA1CA21" w14:textId="77777777" w:rsidR="004419DF" w:rsidRPr="00D22CBD" w:rsidRDefault="002F6DDC">
      <w:pPr>
        <w:keepNext/>
        <w:spacing w:before="120" w:after="80"/>
        <w:rPr>
          <w:b/>
        </w:rPr>
      </w:pPr>
      <w:r w:rsidRPr="00D22CBD">
        <w:rPr>
          <w:b/>
        </w:rPr>
        <w:t>3. Cena oferty</w:t>
      </w:r>
    </w:p>
    <w:p w14:paraId="78EE5504" w14:textId="77777777" w:rsidR="000F0EFC" w:rsidRPr="00D22CBD" w:rsidRDefault="000F0EFC" w:rsidP="000F0EFC">
      <w:pPr>
        <w:suppressAutoHyphens/>
        <w:autoSpaceDE w:val="0"/>
        <w:spacing w:after="40" w:line="240" w:lineRule="auto"/>
        <w:ind w:left="142" w:hanging="142"/>
        <w:rPr>
          <w:rFonts w:cs="Times New Roman"/>
          <w:lang w:eastAsia="ar-SA"/>
        </w:rPr>
      </w:pPr>
      <w:r w:rsidRPr="00D22CBD">
        <w:rPr>
          <w:rFonts w:cs="Times New Roman"/>
        </w:rPr>
        <w:t>Niniejszym oferujemy wykonanie przedmiotu zamówienia objętego zapytaniem ofertowym za łączną cenę brutto wskazaną poniżej:</w:t>
      </w:r>
    </w:p>
    <w:p w14:paraId="6A407ED9" w14:textId="77777777" w:rsidR="000F0EFC" w:rsidRPr="00D22CBD" w:rsidRDefault="000F0EFC" w:rsidP="000F0EFC">
      <w:pPr>
        <w:suppressAutoHyphens/>
        <w:autoSpaceDE w:val="0"/>
        <w:spacing w:after="40" w:line="240" w:lineRule="auto"/>
        <w:ind w:left="142" w:hanging="142"/>
        <w:rPr>
          <w:rFonts w:cs="Times New Roman"/>
          <w:lang w:eastAsia="ar-SA"/>
        </w:rPr>
      </w:pPr>
      <w:r w:rsidRPr="00D22CBD">
        <w:rPr>
          <w:rFonts w:cs="Times New Roman"/>
          <w:b/>
          <w:lang w:val="fr-FR"/>
        </w:rPr>
        <w:t xml:space="preserve">Kwota brutto </w:t>
      </w:r>
      <w:r w:rsidRPr="00D22CBD">
        <w:rPr>
          <w:rFonts w:cs="Times New Roman"/>
        </w:rPr>
        <w:t>w wysokości</w:t>
      </w:r>
      <w:r w:rsidRPr="00D22CBD">
        <w:rPr>
          <w:rFonts w:cs="Times New Roman"/>
          <w:b/>
          <w:lang w:val="fr-FR"/>
        </w:rPr>
        <w:t>:</w:t>
      </w:r>
      <w:r w:rsidRPr="00D22CBD">
        <w:rPr>
          <w:rFonts w:cs="Times New Roman"/>
          <w:lang w:val="fr-FR"/>
        </w:rPr>
        <w:t xml:space="preserve"> …………………………………………………………… </w:t>
      </w:r>
      <w:r w:rsidRPr="00D22CBD">
        <w:rPr>
          <w:rFonts w:cs="Times New Roman"/>
        </w:rPr>
        <w:t>PLN</w:t>
      </w:r>
    </w:p>
    <w:p w14:paraId="474F4989" w14:textId="77777777" w:rsidR="000F0EFC" w:rsidRPr="00D22CBD" w:rsidRDefault="000F0EFC" w:rsidP="000F0EFC">
      <w:pPr>
        <w:spacing w:after="40" w:line="240" w:lineRule="auto"/>
        <w:rPr>
          <w:rFonts w:cs="Times New Roman"/>
        </w:rPr>
      </w:pPr>
      <w:r w:rsidRPr="00D22CBD">
        <w:rPr>
          <w:rFonts w:cs="Times New Roman"/>
        </w:rPr>
        <w:t>słownie kwota brutto:…………………………………………………………………………………</w:t>
      </w:r>
    </w:p>
    <w:p w14:paraId="47C4EC87" w14:textId="77777777" w:rsidR="000F0EFC" w:rsidRPr="00D22CBD" w:rsidRDefault="000F0EFC" w:rsidP="000F0EFC">
      <w:pPr>
        <w:spacing w:after="40" w:line="240" w:lineRule="auto"/>
        <w:contextualSpacing/>
        <w:rPr>
          <w:rFonts w:cs="Times New Roman"/>
          <w:lang w:val="fr-FR"/>
        </w:rPr>
      </w:pPr>
      <w:r w:rsidRPr="00D22CBD">
        <w:rPr>
          <w:rFonts w:cs="Times New Roman"/>
        </w:rPr>
        <w:t xml:space="preserve">w tym </w:t>
      </w:r>
      <w:proofErr w:type="spellStart"/>
      <w:r w:rsidRPr="00D22CBD">
        <w:rPr>
          <w:rFonts w:cs="Times New Roman"/>
        </w:rPr>
        <w:t>stawka</w:t>
      </w:r>
      <w:proofErr w:type="spellEnd"/>
      <w:r w:rsidRPr="00D22CBD">
        <w:rPr>
          <w:rFonts w:cs="Times New Roman"/>
        </w:rPr>
        <w:t xml:space="preserve"> </w:t>
      </w:r>
      <w:proofErr w:type="spellStart"/>
      <w:r w:rsidRPr="00D22CBD">
        <w:rPr>
          <w:rFonts w:cs="Times New Roman"/>
        </w:rPr>
        <w:t>podatku</w:t>
      </w:r>
      <w:proofErr w:type="spellEnd"/>
      <w:r w:rsidRPr="00D22CBD">
        <w:rPr>
          <w:rFonts w:cs="Times New Roman"/>
        </w:rPr>
        <w:t xml:space="preserve"> VAT: ………… </w:t>
      </w:r>
      <w:r w:rsidRPr="00D22CBD">
        <w:rPr>
          <w:rFonts w:cs="Times New Roman"/>
          <w:lang w:val="fr-FR"/>
        </w:rPr>
        <w:t>%, tj. kwota VAT: ………………………………………… zł</w:t>
      </w:r>
    </w:p>
    <w:p w14:paraId="01F15F91" w14:textId="77777777" w:rsidR="000F0EFC" w:rsidRPr="00D22CBD" w:rsidRDefault="000F0EFC" w:rsidP="000F0EFC">
      <w:r w:rsidRPr="00D22CBD">
        <w:t>w tym:</w:t>
      </w:r>
    </w:p>
    <w:p w14:paraId="23EBF713" w14:textId="77777777" w:rsidR="000F0EFC" w:rsidRPr="00D22CBD" w:rsidRDefault="000F0EFC" w:rsidP="000F0EFC">
      <w:pPr>
        <w:ind w:firstLine="360"/>
      </w:pPr>
      <w:r w:rsidRPr="00D22CBD">
        <w:t>1) Etap I: netto …………… zł, VAT …………… zł, brutto …………… zł; co stanowi 80% łącznej ceny brutto oferty;</w:t>
      </w:r>
    </w:p>
    <w:p w14:paraId="2E724CA0" w14:textId="77777777" w:rsidR="000F0EFC" w:rsidRPr="00D22CBD" w:rsidRDefault="000F0EFC" w:rsidP="000F0EFC">
      <w:pPr>
        <w:ind w:firstLine="360"/>
      </w:pPr>
      <w:r w:rsidRPr="00D22CBD">
        <w:t>2) Etap II: netto …………… zł, VAT …………… zł, brutto …………… zł; co stanowi 20% łącznej ceny brutto oferty.</w:t>
      </w:r>
    </w:p>
    <w:p w14:paraId="3803C1C6" w14:textId="77777777" w:rsidR="001A7AE7" w:rsidRPr="00D22CBD" w:rsidRDefault="000A67B4">
      <w:pPr>
        <w:spacing w:before="40"/>
      </w:pPr>
      <w:r w:rsidRPr="00D22CBD">
        <w:t>Podział 80% / 20% odnosi się do łącznej ceny brutto oferty. Kwotę brutto Etapu I oblicza się jako 80% ceny łącznej, z zaokrągleniem do 1 grosza; kwota brutto Etapu II stanowi różnicę pomiędzy ceną łączną a kwotą brutto Etapu I. Kwoty netto i podatku VAT dla obu etapów należy wskazać zgodnie z właściwymi zasadami rozliczenia podatku, tak aby sumy wartości etapowych były zgodne z wartościami łącznymi.</w:t>
      </w:r>
    </w:p>
    <w:p w14:paraId="20B1A422" w14:textId="77777777" w:rsidR="004419DF" w:rsidRPr="00577298" w:rsidRDefault="002F6DDC">
      <w:r w:rsidRPr="00D22CBD">
        <w:t xml:space="preserve">Cena </w:t>
      </w:r>
      <w:proofErr w:type="spellStart"/>
      <w:r w:rsidRPr="00D22CBD">
        <w:t>ofertowa</w:t>
      </w:r>
      <w:proofErr w:type="spellEnd"/>
      <w:r w:rsidRPr="00D22CBD">
        <w:t xml:space="preserve"> stanowi </w:t>
      </w:r>
      <w:proofErr w:type="spellStart"/>
      <w:r w:rsidRPr="00D22CBD">
        <w:t>całkowite</w:t>
      </w:r>
      <w:proofErr w:type="spellEnd"/>
      <w:r w:rsidRPr="00D22CBD">
        <w:t xml:space="preserve"> wynagrodzenie ryczałtowe i obejmuje wszystkie koszty prawidłowej realizacji zamówienia, w tym poprawki, czynności odbiorowe, wymagane zabezpieczenia, koszty personelu i </w:t>
      </w:r>
      <w:r w:rsidRPr="00577298">
        <w:t>podwykonawców oraz zasilenie i walidację bazy EGiB.</w:t>
      </w:r>
    </w:p>
    <w:p w14:paraId="59F26080" w14:textId="77777777" w:rsidR="004419DF" w:rsidRDefault="002F6DDC">
      <w:pPr>
        <w:keepNext/>
        <w:spacing w:before="120" w:after="80"/>
      </w:pPr>
      <w:r>
        <w:rPr>
          <w:b/>
          <w:color w:val="000000"/>
        </w:rPr>
        <w:t>4. Oświadczenia Wykonawcy</w:t>
      </w:r>
    </w:p>
    <w:p w14:paraId="426CF886" w14:textId="748CD20B" w:rsidR="004419DF" w:rsidRPr="00577298" w:rsidRDefault="002F6DDC" w:rsidP="00577298">
      <w:pPr>
        <w:pStyle w:val="Akapitzlist"/>
        <w:numPr>
          <w:ilvl w:val="0"/>
          <w:numId w:val="10"/>
        </w:numPr>
      </w:pPr>
      <w:r w:rsidRPr="00577298">
        <w:t>Oświadczam, że spełniam wymagania określone w zapytaniu ofertowym i oferuję wykonanie zamówienia zgodnie z dokumentami zamówienia.</w:t>
      </w:r>
    </w:p>
    <w:p w14:paraId="69870757" w14:textId="2B5EE3C0" w:rsidR="004419DF" w:rsidRPr="00577298" w:rsidRDefault="002F6DDC" w:rsidP="00577298">
      <w:pPr>
        <w:pStyle w:val="Akapitzlist"/>
        <w:numPr>
          <w:ilvl w:val="0"/>
          <w:numId w:val="10"/>
        </w:numPr>
      </w:pPr>
      <w:r w:rsidRPr="00577298">
        <w:t xml:space="preserve">Oświadczam, że Wykonawca nie podlega wykluczeniu na podstawie art. 7 ust. 1 ustawy z dnia 13 kwietnia 2022 r. o szczególnych rozwiązaniach w zakresie przeciwdziałania wspieraniu agresji na Ukrainę oraz służących ochronie bezpieczeństwa narodowego oraz że nie zachodzą inne okoliczności objęte sankcjami </w:t>
      </w:r>
      <w:r w:rsidRPr="00577298">
        <w:lastRenderedPageBreak/>
        <w:t>krajowymi lub Unii Europejskiej, które uniemożliwiałyby zawarcie lub wykonywanie umowy albo dokonanie płatności.</w:t>
      </w:r>
    </w:p>
    <w:p w14:paraId="7C318C90" w14:textId="2EE2408E" w:rsidR="004419DF" w:rsidRPr="00577298" w:rsidRDefault="002F6DDC" w:rsidP="00577298">
      <w:pPr>
        <w:pStyle w:val="Akapitzlist"/>
        <w:numPr>
          <w:ilvl w:val="0"/>
          <w:numId w:val="10"/>
        </w:numPr>
      </w:pPr>
      <w:r w:rsidRPr="00577298">
        <w:t>Zapoznałem(-am) się z zapytaniem ofertowym, projektem Umowy, Warunkami Technicznymi oraz projektem umowy powierzenia danych z TOMs, akceptuję ich warunki i nie wnoszę zastrzeżeń uniemożliwiających należyte wykonanie zamówienia.</w:t>
      </w:r>
    </w:p>
    <w:p w14:paraId="13EA691A" w14:textId="3AB74D87" w:rsidR="004419DF" w:rsidRPr="00577298" w:rsidRDefault="002F6DDC" w:rsidP="00577298">
      <w:pPr>
        <w:pStyle w:val="Akapitzlist"/>
        <w:numPr>
          <w:ilvl w:val="0"/>
          <w:numId w:val="10"/>
        </w:numPr>
      </w:pPr>
      <w:r w:rsidRPr="00577298">
        <w:t>Oświadczam, że cena została skalkulowana z uwzględnieniem całego zakresu prac i ryzyk zwykle przewidywalnych przez profesjonalnego wykonawcę na podstawie udostępnionych dokumentów.</w:t>
      </w:r>
    </w:p>
    <w:p w14:paraId="22CEB66E" w14:textId="7B6DDF7B" w:rsidR="004419DF" w:rsidRPr="00577298" w:rsidRDefault="002F6DDC" w:rsidP="00577298">
      <w:pPr>
        <w:pStyle w:val="Akapitzlist"/>
        <w:numPr>
          <w:ilvl w:val="0"/>
          <w:numId w:val="10"/>
        </w:numPr>
      </w:pPr>
      <w:r w:rsidRPr="00577298">
        <w:t>Oświadczam, że wszystkie informacje podane w ofercie i załącznikach są aktualne i zgodne z prawdą.</w:t>
      </w:r>
    </w:p>
    <w:p w14:paraId="6F396556" w14:textId="539923AB" w:rsidR="004419DF" w:rsidRPr="00577298" w:rsidRDefault="002F6DDC" w:rsidP="00577298">
      <w:pPr>
        <w:pStyle w:val="Akapitzlist"/>
        <w:numPr>
          <w:ilvl w:val="0"/>
          <w:numId w:val="10"/>
        </w:numPr>
      </w:pPr>
      <w:r w:rsidRPr="00577298">
        <w:t>Zobowiązuję się niezwłocznie poinformować Zamawiającego o zmianie okoliczności dotyczących sankcji, uprawnień personelu, ubezpieczenia albo innych warunków mających znaczenie dla zawarcia i wykonania Umowy.</w:t>
      </w:r>
    </w:p>
    <w:p w14:paraId="07F18A1C" w14:textId="77777777" w:rsidR="004419DF" w:rsidRPr="00577298" w:rsidRDefault="002F6DDC">
      <w:pPr>
        <w:keepNext/>
        <w:spacing w:before="120" w:after="80"/>
      </w:pPr>
      <w:r w:rsidRPr="00577298">
        <w:rPr>
          <w:b/>
        </w:rPr>
        <w:t>5. Podwykonawcy i podmioty udostępniające zasoby</w:t>
      </w:r>
    </w:p>
    <w:p w14:paraId="584BFD02" w14:textId="77777777" w:rsidR="004419DF" w:rsidRPr="00577298" w:rsidRDefault="002F6DDC">
      <w:r w:rsidRPr="00577298">
        <w:t>☐ nie zamierzam powierzać części zamówienia podwykonawcom ani polegać na zasobach podmiotów trzecich.</w:t>
      </w:r>
    </w:p>
    <w:p w14:paraId="76360F56" w14:textId="77777777" w:rsidR="004419DF" w:rsidRPr="00577298" w:rsidRDefault="002F6DDC">
      <w:r w:rsidRPr="00577298">
        <w:t>☐ zamierzam korzystać z podwykonawców / podmiotów udostępniających zasoby w zakresie wskazanym w załącznikach nr 6 i 7.</w:t>
      </w:r>
    </w:p>
    <w:p w14:paraId="12F75FBD" w14:textId="77777777" w:rsidR="004419DF" w:rsidRDefault="002F6DDC">
      <w:pPr>
        <w:keepNext/>
        <w:spacing w:before="120" w:after="80"/>
      </w:pPr>
      <w:r>
        <w:rPr>
          <w:b/>
          <w:color w:val="000000"/>
        </w:rPr>
        <w:t>6. Osoba do kontaktu w sprawie realizacji</w:t>
      </w:r>
    </w:p>
    <w:p w14:paraId="37209520" w14:textId="77777777" w:rsidR="004419DF" w:rsidRDefault="002F6DDC">
      <w:r>
        <w:rPr>
          <w:color w:val="000000"/>
        </w:rPr>
        <w:t>Imię i nazwisko: ………………………………………   e-mail: ………………………………………   tel.: ………………………………………</w:t>
      </w:r>
    </w:p>
    <w:p w14:paraId="7805C0B1" w14:textId="77777777" w:rsidR="004419DF" w:rsidRPr="00577298" w:rsidRDefault="002F6DDC">
      <w:pPr>
        <w:keepNext/>
        <w:spacing w:before="120" w:after="80"/>
      </w:pPr>
      <w:r w:rsidRPr="00577298">
        <w:rPr>
          <w:b/>
        </w:rPr>
        <w:t>7. Załączniki do oferty</w:t>
      </w:r>
    </w:p>
    <w:p w14:paraId="0FBE3EDD" w14:textId="77777777" w:rsidR="004419DF" w:rsidRPr="00577298" w:rsidRDefault="002F6DDC">
      <w:pPr>
        <w:ind w:left="340" w:hanging="198"/>
      </w:pPr>
      <w:r w:rsidRPr="00577298">
        <w:t>– Wykaz wykonanych usług wraz z dowodami należytego wykonania – załącznik nr 4.</w:t>
      </w:r>
    </w:p>
    <w:p w14:paraId="107E61CE" w14:textId="77777777" w:rsidR="004419DF" w:rsidRPr="00577298" w:rsidRDefault="002F6DDC">
      <w:pPr>
        <w:ind w:left="340" w:hanging="198"/>
      </w:pPr>
      <w:r w:rsidRPr="00577298">
        <w:t>– Oświadczenie o personelu i posiadanych uprawnieniach – załącznik nr 5.</w:t>
      </w:r>
    </w:p>
    <w:p w14:paraId="5B7AD42E" w14:textId="77777777" w:rsidR="004419DF" w:rsidRPr="00577298" w:rsidRDefault="002F6DDC">
      <w:pPr>
        <w:ind w:left="340" w:hanging="198"/>
      </w:pPr>
      <w:r w:rsidRPr="00577298">
        <w:t>– Wykaz części zamówienia powierzanych podwykonawcom – załącznik nr 6.</w:t>
      </w:r>
    </w:p>
    <w:p w14:paraId="122AD955" w14:textId="77777777" w:rsidR="004419DF" w:rsidRPr="00577298" w:rsidRDefault="002F6DDC">
      <w:pPr>
        <w:ind w:left="340" w:hanging="198"/>
      </w:pPr>
      <w:r w:rsidRPr="00577298">
        <w:t>– Zobowiązanie podmiotu udostępniającego zasoby – załącznik nr 7, jeżeli dotyczy.</w:t>
      </w:r>
    </w:p>
    <w:p w14:paraId="10E04595" w14:textId="77777777" w:rsidR="004419DF" w:rsidRPr="00577298" w:rsidRDefault="002F6DDC">
      <w:pPr>
        <w:ind w:left="340" w:hanging="198"/>
      </w:pPr>
      <w:r w:rsidRPr="00577298">
        <w:t>– Aktualny dokument potwierdzający ubezpieczenie OC.</w:t>
      </w:r>
    </w:p>
    <w:p w14:paraId="06DA2559" w14:textId="77777777" w:rsidR="004419DF" w:rsidRDefault="002F6DDC">
      <w:pPr>
        <w:ind w:left="340" w:hanging="198"/>
      </w:pPr>
      <w:r>
        <w:rPr>
          <w:color w:val="000000"/>
        </w:rPr>
        <w:t>– Pełnomocnictwo – jeżeli dotyczy.</w:t>
      </w:r>
    </w:p>
    <w:p w14:paraId="79D76DFE" w14:textId="77777777" w:rsidR="004419DF" w:rsidRDefault="002F6DDC">
      <w:pPr>
        <w:ind w:left="340" w:hanging="198"/>
      </w:pPr>
      <w:r>
        <w:rPr>
          <w:color w:val="000000"/>
        </w:rPr>
        <w:t>– Inne dokumenty wymagane zapytaniem – jeżeli dotyczy.</w:t>
      </w:r>
    </w:p>
    <w:p w14:paraId="58A39EFC" w14:textId="77777777" w:rsidR="004419DF" w:rsidRDefault="002F6DDC">
      <w:pPr>
        <w:spacing w:before="200"/>
        <w:jc w:val="right"/>
        <w:rPr>
          <w:color w:val="000000"/>
        </w:rPr>
      </w:pPr>
      <w:r>
        <w:rPr>
          <w:color w:val="000000"/>
        </w:rPr>
        <w:t>……………………………………, dnia ………………… r.</w:t>
      </w:r>
    </w:p>
    <w:p w14:paraId="30659441" w14:textId="77777777" w:rsidR="00D22CBD" w:rsidRDefault="00D22CBD">
      <w:pPr>
        <w:spacing w:before="200"/>
        <w:jc w:val="right"/>
        <w:rPr>
          <w:color w:val="000000"/>
        </w:rPr>
      </w:pPr>
    </w:p>
    <w:p w14:paraId="36EA8101" w14:textId="77777777" w:rsidR="00D22CBD" w:rsidRDefault="00D22CBD">
      <w:pPr>
        <w:spacing w:before="200"/>
        <w:jc w:val="right"/>
      </w:pPr>
    </w:p>
    <w:p w14:paraId="1817112D" w14:textId="77777777" w:rsidR="004419DF" w:rsidRDefault="002F6DDC">
      <w:pPr>
        <w:jc w:val="right"/>
      </w:pPr>
      <w:r>
        <w:rPr>
          <w:color w:val="000000"/>
        </w:rPr>
        <w:t>………………………………………………………………</w:t>
      </w:r>
      <w:r>
        <w:rPr>
          <w:color w:val="000000"/>
        </w:rPr>
        <w:br/>
        <w:t>(podpis osoby uprawnionej do reprezentowania Wykonawcy)</w:t>
      </w:r>
    </w:p>
    <w:sectPr w:rsidR="004419DF" w:rsidSect="00034616">
      <w:footerReference w:type="default" r:id="rId8"/>
      <w:pgSz w:w="12240" w:h="15840"/>
      <w:pgMar w:top="1020" w:right="1134" w:bottom="1020" w:left="1134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6BE871" w14:textId="77777777" w:rsidR="001F51FB" w:rsidRDefault="001F51FB">
      <w:pPr>
        <w:spacing w:after="0" w:line="240" w:lineRule="auto"/>
      </w:pPr>
      <w:r>
        <w:separator/>
      </w:r>
    </w:p>
  </w:endnote>
  <w:endnote w:type="continuationSeparator" w:id="0">
    <w:p w14:paraId="48845119" w14:textId="77777777" w:rsidR="001F51FB" w:rsidRDefault="001F51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50CBB" w14:textId="2E29D903" w:rsidR="004419DF" w:rsidRDefault="002F6DDC">
    <w:pPr>
      <w:pStyle w:val="Stopka"/>
      <w:jc w:val="center"/>
    </w:pPr>
    <w:r>
      <w:rPr>
        <w:sz w:val="18"/>
      </w:rPr>
      <w:t xml:space="preserve">Strona </w:t>
    </w:r>
    <w:r>
      <w:rPr>
        <w:sz w:val="18"/>
      </w:rPr>
      <w:fldChar w:fldCharType="begin"/>
    </w:r>
    <w:r>
      <w:rPr>
        <w:sz w:val="18"/>
      </w:rPr>
      <w:instrText xml:space="preserve"> PAGE </w:instrText>
    </w:r>
    <w:r>
      <w:rPr>
        <w:sz w:val="18"/>
      </w:rPr>
      <w:fldChar w:fldCharType="separate"/>
    </w:r>
    <w:r w:rsidR="00762D9A">
      <w:rPr>
        <w:noProof/>
        <w:sz w:val="18"/>
      </w:rPr>
      <w:t>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1E8D3" w14:textId="77777777" w:rsidR="001F51FB" w:rsidRDefault="001F51FB">
      <w:pPr>
        <w:spacing w:after="0" w:line="240" w:lineRule="auto"/>
      </w:pPr>
      <w:r>
        <w:separator/>
      </w:r>
    </w:p>
  </w:footnote>
  <w:footnote w:type="continuationSeparator" w:id="0">
    <w:p w14:paraId="0FE7386B" w14:textId="77777777" w:rsidR="001F51FB" w:rsidRDefault="001F51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21020D8"/>
    <w:multiLevelType w:val="hybridMultilevel"/>
    <w:tmpl w:val="ABEAD4D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36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63660D"/>
    <w:multiLevelType w:val="hybridMultilevel"/>
    <w:tmpl w:val="B574BED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86F5D29"/>
    <w:multiLevelType w:val="hybridMultilevel"/>
    <w:tmpl w:val="3C3AFE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7375783">
    <w:abstractNumId w:val="8"/>
  </w:num>
  <w:num w:numId="2" w16cid:durableId="1319723071">
    <w:abstractNumId w:val="6"/>
  </w:num>
  <w:num w:numId="3" w16cid:durableId="1117988565">
    <w:abstractNumId w:val="5"/>
  </w:num>
  <w:num w:numId="4" w16cid:durableId="173152181">
    <w:abstractNumId w:val="4"/>
  </w:num>
  <w:num w:numId="5" w16cid:durableId="527448647">
    <w:abstractNumId w:val="7"/>
  </w:num>
  <w:num w:numId="6" w16cid:durableId="1140539156">
    <w:abstractNumId w:val="3"/>
  </w:num>
  <w:num w:numId="7" w16cid:durableId="1255942445">
    <w:abstractNumId w:val="2"/>
  </w:num>
  <w:num w:numId="8" w16cid:durableId="1780223726">
    <w:abstractNumId w:val="1"/>
  </w:num>
  <w:num w:numId="9" w16cid:durableId="49233458">
    <w:abstractNumId w:val="0"/>
  </w:num>
  <w:num w:numId="10" w16cid:durableId="1849175721">
    <w:abstractNumId w:val="10"/>
  </w:num>
  <w:num w:numId="11" w16cid:durableId="1165318927">
    <w:abstractNumId w:val="11"/>
  </w:num>
  <w:num w:numId="12" w16cid:durableId="9080330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A67B4"/>
    <w:rsid w:val="000F0EFC"/>
    <w:rsid w:val="00145930"/>
    <w:rsid w:val="0015074B"/>
    <w:rsid w:val="001A7AE7"/>
    <w:rsid w:val="001F51FB"/>
    <w:rsid w:val="0029639D"/>
    <w:rsid w:val="002F6DDC"/>
    <w:rsid w:val="00326F90"/>
    <w:rsid w:val="004419DF"/>
    <w:rsid w:val="0048523F"/>
    <w:rsid w:val="004A736E"/>
    <w:rsid w:val="00577298"/>
    <w:rsid w:val="0067267A"/>
    <w:rsid w:val="00762D9A"/>
    <w:rsid w:val="009D4B2C"/>
    <w:rsid w:val="00AA1D8D"/>
    <w:rsid w:val="00B47730"/>
    <w:rsid w:val="00BE43CF"/>
    <w:rsid w:val="00CB0664"/>
    <w:rsid w:val="00D22CBD"/>
    <w:rsid w:val="00DA223A"/>
    <w:rsid w:val="00E60D7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0C466ACC-4287-40F2-9940-0DFA2DCCE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60" w:line="252" w:lineRule="auto"/>
    </w:pPr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28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Poprawka">
    <w:name w:val="Revision"/>
    <w:hidden/>
    <w:uiPriority w:val="99"/>
    <w:semiHidden/>
    <w:rsid w:val="000F0EFC"/>
    <w:pPr>
      <w:spacing w:after="0" w:line="240" w:lineRule="auto"/>
    </w:pPr>
    <w:rPr>
      <w:rFonts w:ascii="Times New Roman" w:eastAsia="Times New Roman" w:hAnsi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F0EF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F0EF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F0EFC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589</Words>
  <Characters>3538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4119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useradw</dc:creator>
  <cp:keywords/>
  <dc:description>user adw</dc:description>
  <cp:lastModifiedBy>Krystyna Szczepanek</cp:lastModifiedBy>
  <cp:revision>3</cp:revision>
  <dcterms:created xsi:type="dcterms:W3CDTF">2026-10-26T12:20:00Z</dcterms:created>
  <dcterms:modified xsi:type="dcterms:W3CDTF">2026-10-29T15:38:00Z</dcterms:modified>
  <cp:category/>
</cp:coreProperties>
</file>