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691B2" w14:textId="77777777" w:rsidR="00A343F5" w:rsidRPr="003B49A4" w:rsidRDefault="00D658E5">
      <w:pPr>
        <w:jc w:val="right"/>
      </w:pPr>
      <w:r w:rsidRPr="003B49A4">
        <w:t>Załącznik nr 4 do zapytania ofertowego</w:t>
      </w:r>
    </w:p>
    <w:p w14:paraId="2AD4000E" w14:textId="77777777" w:rsidR="003B49A4" w:rsidRPr="003B49A4" w:rsidRDefault="003B49A4">
      <w:pPr>
        <w:jc w:val="right"/>
      </w:pPr>
    </w:p>
    <w:p w14:paraId="3BE0426A" w14:textId="77777777" w:rsidR="00A343F5" w:rsidRPr="003B49A4" w:rsidRDefault="00D658E5">
      <w:pPr>
        <w:jc w:val="center"/>
      </w:pPr>
      <w:r w:rsidRPr="003B49A4">
        <w:rPr>
          <w:b/>
          <w:sz w:val="28"/>
        </w:rPr>
        <w:t>WYKAZ WYKONANYCH USŁUG</w:t>
      </w:r>
    </w:p>
    <w:p w14:paraId="2560B3CD" w14:textId="77777777" w:rsidR="00A343F5" w:rsidRDefault="00D658E5">
      <w:r w:rsidRPr="003B49A4">
        <w:t>Warunek doświadczenia: Wykonawca wykaże należyte wykonanie w okresie ostatnich 3 lat przed upływem terminu składania ofert, a jeżeli okres prowadzenia działalności jest krótszy – w tym okresie, co najmniej dwóch usług obejmujących aktualizację, modernizację, poprawę jakości lub doprowadzenie do zgodności danych EGiB, obejmujących pracę na części opisowej i graficznej, przy czym co najmniej jedna usługa obejmowała nie mniej niż 500 działek ewidencyjnych.</w:t>
      </w:r>
    </w:p>
    <w:p w14:paraId="0A840B7D" w14:textId="77777777" w:rsidR="003B49A4" w:rsidRPr="003B49A4" w:rsidRDefault="003B49A4"/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423"/>
        <w:gridCol w:w="1423"/>
        <w:gridCol w:w="1423"/>
        <w:gridCol w:w="1423"/>
        <w:gridCol w:w="1424"/>
        <w:gridCol w:w="1423"/>
        <w:gridCol w:w="1423"/>
      </w:tblGrid>
      <w:tr w:rsidR="003B49A4" w:rsidRPr="003B49A4" w14:paraId="79530545" w14:textId="77777777">
        <w:trPr>
          <w:tblHeader/>
          <w:jc w:val="center"/>
        </w:trPr>
        <w:tc>
          <w:tcPr>
            <w:tcW w:w="1425" w:type="dxa"/>
            <w:shd w:val="clear" w:color="auto" w:fill="E7E6E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9DE8A68" w14:textId="77777777" w:rsidR="00A343F5" w:rsidRPr="003B49A4" w:rsidRDefault="00D658E5">
            <w:pPr>
              <w:spacing w:after="0" w:line="240" w:lineRule="auto"/>
            </w:pPr>
            <w:r w:rsidRPr="003B49A4">
              <w:rPr>
                <w:b/>
                <w:sz w:val="16"/>
              </w:rPr>
              <w:t>Lp.</w:t>
            </w:r>
          </w:p>
        </w:tc>
        <w:tc>
          <w:tcPr>
            <w:tcW w:w="1425" w:type="dxa"/>
            <w:shd w:val="clear" w:color="auto" w:fill="E7E6E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9705D79" w14:textId="77777777" w:rsidR="00A343F5" w:rsidRPr="003B49A4" w:rsidRDefault="00D658E5">
            <w:pPr>
              <w:spacing w:after="0" w:line="240" w:lineRule="auto"/>
            </w:pPr>
            <w:r w:rsidRPr="003B49A4">
              <w:rPr>
                <w:b/>
                <w:sz w:val="16"/>
              </w:rPr>
              <w:t>Przedmiot i zakres usługi</w:t>
            </w:r>
          </w:p>
        </w:tc>
        <w:tc>
          <w:tcPr>
            <w:tcW w:w="1425" w:type="dxa"/>
            <w:shd w:val="clear" w:color="auto" w:fill="E7E6E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6BEAC72" w14:textId="77777777" w:rsidR="00A343F5" w:rsidRPr="003B49A4" w:rsidRDefault="00D658E5">
            <w:pPr>
              <w:spacing w:after="0" w:line="240" w:lineRule="auto"/>
            </w:pPr>
            <w:r w:rsidRPr="003B49A4">
              <w:rPr>
                <w:b/>
                <w:sz w:val="16"/>
              </w:rPr>
              <w:t>Liczba działek</w:t>
            </w:r>
          </w:p>
        </w:tc>
        <w:tc>
          <w:tcPr>
            <w:tcW w:w="1425" w:type="dxa"/>
            <w:shd w:val="clear" w:color="auto" w:fill="E7E6E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BEA61CF" w14:textId="77777777" w:rsidR="00A343F5" w:rsidRPr="003B49A4" w:rsidRDefault="00D658E5">
            <w:pPr>
              <w:spacing w:after="0" w:line="240" w:lineRule="auto"/>
            </w:pPr>
            <w:r w:rsidRPr="003B49A4">
              <w:rPr>
                <w:b/>
                <w:sz w:val="16"/>
              </w:rPr>
              <w:t>Termin realizacji</w:t>
            </w:r>
          </w:p>
        </w:tc>
        <w:tc>
          <w:tcPr>
            <w:tcW w:w="1425" w:type="dxa"/>
            <w:shd w:val="clear" w:color="auto" w:fill="E7E6E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9B73E94" w14:textId="77777777" w:rsidR="00A343F5" w:rsidRPr="003B49A4" w:rsidRDefault="00D658E5">
            <w:pPr>
              <w:spacing w:after="0" w:line="240" w:lineRule="auto"/>
            </w:pPr>
            <w:r w:rsidRPr="003B49A4">
              <w:rPr>
                <w:b/>
                <w:sz w:val="16"/>
              </w:rPr>
              <w:t>Wartość (informacyjnie)</w:t>
            </w:r>
          </w:p>
        </w:tc>
        <w:tc>
          <w:tcPr>
            <w:tcW w:w="1425" w:type="dxa"/>
            <w:shd w:val="clear" w:color="auto" w:fill="E7E6E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5E8A1B0" w14:textId="77777777" w:rsidR="00A343F5" w:rsidRPr="003B49A4" w:rsidRDefault="00D658E5">
            <w:pPr>
              <w:spacing w:after="0" w:line="240" w:lineRule="auto"/>
            </w:pPr>
            <w:r w:rsidRPr="003B49A4">
              <w:rPr>
                <w:b/>
                <w:sz w:val="16"/>
              </w:rPr>
              <w:t>Podmiot, na rzecz którego wykonano usługę</w:t>
            </w:r>
          </w:p>
        </w:tc>
        <w:tc>
          <w:tcPr>
            <w:tcW w:w="1425" w:type="dxa"/>
            <w:shd w:val="clear" w:color="auto" w:fill="E7E6E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88FA252" w14:textId="77777777" w:rsidR="00A343F5" w:rsidRPr="003B49A4" w:rsidRDefault="00D658E5">
            <w:pPr>
              <w:spacing w:after="0" w:line="240" w:lineRule="auto"/>
            </w:pPr>
            <w:r w:rsidRPr="003B49A4">
              <w:rPr>
                <w:b/>
                <w:sz w:val="16"/>
              </w:rPr>
              <w:t>Dowód należytego wykonania</w:t>
            </w:r>
          </w:p>
        </w:tc>
      </w:tr>
      <w:tr w:rsidR="003B49A4" w:rsidRPr="003B49A4" w14:paraId="609C4980" w14:textId="77777777">
        <w:trPr>
          <w:jc w:val="center"/>
        </w:trPr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0FE0DF9" w14:textId="77777777" w:rsidR="00A343F5" w:rsidRPr="003B49A4" w:rsidRDefault="00A343F5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D6ABE22" w14:textId="77777777" w:rsidR="00A343F5" w:rsidRPr="003B49A4" w:rsidRDefault="00A343F5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30CEC6D" w14:textId="77777777" w:rsidR="00A343F5" w:rsidRPr="003B49A4" w:rsidRDefault="00A343F5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1D70147" w14:textId="77777777" w:rsidR="00A343F5" w:rsidRPr="003B49A4" w:rsidRDefault="00A343F5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058E3C6" w14:textId="77777777" w:rsidR="00A343F5" w:rsidRPr="003B49A4" w:rsidRDefault="00A343F5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D26FABF" w14:textId="77777777" w:rsidR="00A343F5" w:rsidRPr="003B49A4" w:rsidRDefault="00A343F5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B6E46BB" w14:textId="77777777" w:rsidR="00A343F5" w:rsidRPr="003B49A4" w:rsidRDefault="00A343F5">
            <w:pPr>
              <w:spacing w:after="0" w:line="240" w:lineRule="auto"/>
            </w:pPr>
          </w:p>
        </w:tc>
      </w:tr>
      <w:tr w:rsidR="003B49A4" w:rsidRPr="003B49A4" w14:paraId="330ABB0B" w14:textId="77777777">
        <w:trPr>
          <w:jc w:val="center"/>
        </w:trPr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6BC9DF9" w14:textId="77777777" w:rsidR="00A343F5" w:rsidRPr="003B49A4" w:rsidRDefault="00A343F5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D053791" w14:textId="77777777" w:rsidR="00A343F5" w:rsidRPr="003B49A4" w:rsidRDefault="00A343F5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C3194E8" w14:textId="77777777" w:rsidR="00A343F5" w:rsidRPr="003B49A4" w:rsidRDefault="00A343F5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52A8364" w14:textId="77777777" w:rsidR="00A343F5" w:rsidRPr="003B49A4" w:rsidRDefault="00A343F5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AFF5797" w14:textId="77777777" w:rsidR="00A343F5" w:rsidRPr="003B49A4" w:rsidRDefault="00A343F5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0D0018A" w14:textId="77777777" w:rsidR="00A343F5" w:rsidRPr="003B49A4" w:rsidRDefault="00A343F5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6D7E220" w14:textId="77777777" w:rsidR="00A343F5" w:rsidRPr="003B49A4" w:rsidRDefault="00A343F5">
            <w:pPr>
              <w:spacing w:after="0" w:line="240" w:lineRule="auto"/>
            </w:pPr>
          </w:p>
        </w:tc>
      </w:tr>
      <w:tr w:rsidR="003B49A4" w:rsidRPr="003B49A4" w14:paraId="754FA030" w14:textId="77777777">
        <w:trPr>
          <w:jc w:val="center"/>
        </w:trPr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DB67188" w14:textId="77777777" w:rsidR="00A343F5" w:rsidRPr="003B49A4" w:rsidRDefault="00A343F5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B2E54C3" w14:textId="77777777" w:rsidR="00A343F5" w:rsidRPr="003B49A4" w:rsidRDefault="00A343F5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B7674F6" w14:textId="77777777" w:rsidR="00A343F5" w:rsidRPr="003B49A4" w:rsidRDefault="00A343F5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A71DD14" w14:textId="77777777" w:rsidR="00A343F5" w:rsidRPr="003B49A4" w:rsidRDefault="00A343F5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D3B2EB2" w14:textId="77777777" w:rsidR="00A343F5" w:rsidRPr="003B49A4" w:rsidRDefault="00A343F5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27B21C1" w14:textId="77777777" w:rsidR="00A343F5" w:rsidRPr="003B49A4" w:rsidRDefault="00A343F5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8CAC0B4" w14:textId="77777777" w:rsidR="00A343F5" w:rsidRPr="003B49A4" w:rsidRDefault="00A343F5">
            <w:pPr>
              <w:spacing w:after="0" w:line="240" w:lineRule="auto"/>
            </w:pPr>
          </w:p>
        </w:tc>
      </w:tr>
    </w:tbl>
    <w:p w14:paraId="0AC159BC" w14:textId="77777777" w:rsidR="00A343F5" w:rsidRPr="003B49A4" w:rsidRDefault="00D658E5">
      <w:r w:rsidRPr="003B49A4">
        <w:rPr>
          <w:sz w:val="18"/>
        </w:rPr>
        <w:t>Do wykazu należy dołączyć dowody potwierdzające należyte wykonanie usług, w szczególności referencje, poświadczenia, protokoły odbioru lub inne dokumenty pozwalające ustalić, że usługa została wykonana należycie.</w:t>
      </w:r>
    </w:p>
    <w:p w14:paraId="369C445C" w14:textId="77777777" w:rsidR="00A343F5" w:rsidRPr="003B49A4" w:rsidRDefault="00D658E5">
      <w:r w:rsidRPr="003B49A4">
        <w:rPr>
          <w:sz w:val="18"/>
        </w:rPr>
        <w:t>Jeżeli Wykonawca wskazuje doświadczenie podmiotu trzeciego, doświadczenie to może zostać uwzględnione wyłącznie wtedy, gdy podmiot ten rzeczywiście będzie uczestniczył w realizacji zamówienia w zakresie, którego doświadczenie dotyczy; należy dołączyć zobowiązanie określające zakres, sposób i okres udziału.</w:t>
      </w:r>
    </w:p>
    <w:p w14:paraId="23F746B4" w14:textId="77777777" w:rsidR="00A343F5" w:rsidRDefault="00D658E5">
      <w:pPr>
        <w:spacing w:before="200"/>
        <w:jc w:val="right"/>
      </w:pPr>
      <w:r w:rsidRPr="003B49A4">
        <w:t>……………………………………, dnia ………………… r.</w:t>
      </w:r>
      <w:r w:rsidRPr="003B49A4">
        <w:br/>
      </w:r>
      <w:r w:rsidRPr="003B49A4">
        <w:br/>
        <w:t>………………………………………………………………</w:t>
      </w:r>
      <w:r w:rsidRPr="003B49A4">
        <w:br/>
      </w:r>
      <w:r>
        <w:rPr>
          <w:color w:val="000000"/>
        </w:rPr>
        <w:t>(podpis osoby uprawnionej do reprezentowania Wykonawcy)</w:t>
      </w:r>
    </w:p>
    <w:sectPr w:rsidR="00A343F5" w:rsidSect="00034616">
      <w:footerReference w:type="default" r:id="rId8"/>
      <w:pgSz w:w="12240" w:h="15840"/>
      <w:pgMar w:top="1020" w:right="1134" w:bottom="1020" w:left="1134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B8D69" w14:textId="77777777" w:rsidR="00723E0F" w:rsidRDefault="00723E0F">
      <w:pPr>
        <w:spacing w:after="0" w:line="240" w:lineRule="auto"/>
      </w:pPr>
      <w:r>
        <w:separator/>
      </w:r>
    </w:p>
  </w:endnote>
  <w:endnote w:type="continuationSeparator" w:id="0">
    <w:p w14:paraId="5EC1CC87" w14:textId="77777777" w:rsidR="00723E0F" w:rsidRDefault="00723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844B3" w14:textId="0868883D" w:rsidR="00A343F5" w:rsidRDefault="00D658E5">
    <w:pPr>
      <w:pStyle w:val="Stopka"/>
      <w:jc w:val="center"/>
    </w:pPr>
    <w:r>
      <w:rPr>
        <w:sz w:val="18"/>
      </w:rPr>
      <w:t xml:space="preserve">Strona </w:t>
    </w:r>
    <w:r>
      <w:rPr>
        <w:sz w:val="18"/>
      </w:rPr>
      <w:fldChar w:fldCharType="begin"/>
    </w:r>
    <w:r>
      <w:rPr>
        <w:sz w:val="18"/>
      </w:rPr>
      <w:instrText xml:space="preserve"> PAGE </w:instrText>
    </w:r>
    <w:r>
      <w:rPr>
        <w:sz w:val="18"/>
      </w:rPr>
      <w:fldChar w:fldCharType="separate"/>
    </w:r>
    <w:r w:rsidR="008F22C9">
      <w:rPr>
        <w:noProof/>
        <w:sz w:val="18"/>
      </w:rPr>
      <w:t>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C6336" w14:textId="77777777" w:rsidR="00723E0F" w:rsidRDefault="00723E0F">
      <w:pPr>
        <w:spacing w:after="0" w:line="240" w:lineRule="auto"/>
      </w:pPr>
      <w:r>
        <w:separator/>
      </w:r>
    </w:p>
  </w:footnote>
  <w:footnote w:type="continuationSeparator" w:id="0">
    <w:p w14:paraId="73B2342A" w14:textId="77777777" w:rsidR="00723E0F" w:rsidRDefault="00723E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81576174">
    <w:abstractNumId w:val="8"/>
  </w:num>
  <w:num w:numId="2" w16cid:durableId="688218086">
    <w:abstractNumId w:val="6"/>
  </w:num>
  <w:num w:numId="3" w16cid:durableId="676351934">
    <w:abstractNumId w:val="5"/>
  </w:num>
  <w:num w:numId="4" w16cid:durableId="1061758124">
    <w:abstractNumId w:val="4"/>
  </w:num>
  <w:num w:numId="5" w16cid:durableId="753090854">
    <w:abstractNumId w:val="7"/>
  </w:num>
  <w:num w:numId="6" w16cid:durableId="140461785">
    <w:abstractNumId w:val="3"/>
  </w:num>
  <w:num w:numId="7" w16cid:durableId="76557577">
    <w:abstractNumId w:val="2"/>
  </w:num>
  <w:num w:numId="8" w16cid:durableId="505436893">
    <w:abstractNumId w:val="1"/>
  </w:num>
  <w:num w:numId="9" w16cid:durableId="887035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B49A4"/>
    <w:rsid w:val="004A736E"/>
    <w:rsid w:val="00544B53"/>
    <w:rsid w:val="00723E0F"/>
    <w:rsid w:val="0085682A"/>
    <w:rsid w:val="008F22C9"/>
    <w:rsid w:val="00A343F5"/>
    <w:rsid w:val="00AA1D8D"/>
    <w:rsid w:val="00B47730"/>
    <w:rsid w:val="00CB0664"/>
    <w:rsid w:val="00D658E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0C466ACC-4287-40F2-9940-0DFA2DCCE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60" w:line="252" w:lineRule="auto"/>
    </w:pPr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28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adw</dc:creator>
  <cp:keywords/>
  <dc:description>useradw</dc:description>
  <cp:lastModifiedBy>Krystyna Szczepanek</cp:lastModifiedBy>
  <cp:revision>5</cp:revision>
  <dcterms:created xsi:type="dcterms:W3CDTF">2026-09-22T06:45:00Z</dcterms:created>
  <dcterms:modified xsi:type="dcterms:W3CDTF">2026-10-22T05:42:00Z</dcterms:modified>
  <cp:category/>
</cp:coreProperties>
</file>