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8CB9" w14:textId="77777777" w:rsidR="001C6D51" w:rsidRPr="00B70399" w:rsidRDefault="00074468">
      <w:pPr>
        <w:jc w:val="right"/>
      </w:pPr>
      <w:r w:rsidRPr="00B70399">
        <w:t>Załącznik nr 5 do zapytania ofertowego</w:t>
      </w:r>
    </w:p>
    <w:p w14:paraId="50E92815" w14:textId="77777777" w:rsidR="00B70399" w:rsidRPr="00B70399" w:rsidRDefault="00B70399">
      <w:pPr>
        <w:jc w:val="right"/>
      </w:pPr>
    </w:p>
    <w:p w14:paraId="43EF4995" w14:textId="77777777" w:rsidR="001C6D51" w:rsidRPr="00B70399" w:rsidRDefault="00074468">
      <w:pPr>
        <w:jc w:val="center"/>
        <w:rPr>
          <w:b/>
          <w:sz w:val="28"/>
        </w:rPr>
      </w:pPr>
      <w:r w:rsidRPr="00B70399">
        <w:rPr>
          <w:b/>
          <w:sz w:val="28"/>
        </w:rPr>
        <w:t>OŚWIADCZENIE O PERSONELU I POSIADANYCH UPRAWNIENIACH</w:t>
      </w:r>
    </w:p>
    <w:p w14:paraId="53AB3DE2" w14:textId="77777777" w:rsidR="00B70399" w:rsidRPr="00B70399" w:rsidRDefault="00B70399">
      <w:pPr>
        <w:jc w:val="center"/>
      </w:pPr>
    </w:p>
    <w:p w14:paraId="4DE6B1B2" w14:textId="77777777" w:rsidR="001C6D51" w:rsidRPr="00B70399" w:rsidRDefault="00074468">
      <w:r w:rsidRPr="00B70399">
        <w:t>Działając w imieniu i na rzecz: ……………………………………………………………………………………………………………………</w:t>
      </w:r>
    </w:p>
    <w:p w14:paraId="263BC7F7" w14:textId="77777777" w:rsidR="001C6D51" w:rsidRDefault="00074468">
      <w:r w:rsidRPr="00B70399">
        <w:t>w związku z zapytaniem ofertowym dotyczącym zadania „Doprowadzenie do zgodności oznaczenia klasoużytków (…) bazy danych ewidencji gruntów i budynków” oświadczam, że Wykonawca dysponuje personelem zapewniającym kwalifikacje wymagane dokumentami zamówienia.</w:t>
      </w:r>
    </w:p>
    <w:p w14:paraId="739ADB6F" w14:textId="77777777" w:rsidR="00B70399" w:rsidRPr="00B70399" w:rsidRDefault="00B70399"/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421"/>
        <w:gridCol w:w="1423"/>
        <w:gridCol w:w="1423"/>
        <w:gridCol w:w="1424"/>
        <w:gridCol w:w="1424"/>
        <w:gridCol w:w="1424"/>
        <w:gridCol w:w="1423"/>
      </w:tblGrid>
      <w:tr w:rsidR="00B70399" w:rsidRPr="00B70399" w14:paraId="679A91EF" w14:textId="77777777">
        <w:trPr>
          <w:tblHeader/>
          <w:jc w:val="center"/>
        </w:trPr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732173" w14:textId="77777777" w:rsidR="001C6D51" w:rsidRPr="00B70399" w:rsidRDefault="00074468">
            <w:pPr>
              <w:spacing w:after="0" w:line="240" w:lineRule="auto"/>
            </w:pPr>
            <w:r w:rsidRPr="00B70399">
              <w:rPr>
                <w:b/>
                <w:sz w:val="16"/>
              </w:rPr>
              <w:t>Lp.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D72700" w14:textId="77777777" w:rsidR="001C6D51" w:rsidRPr="00B70399" w:rsidRDefault="00074468">
            <w:pPr>
              <w:spacing w:after="0" w:line="240" w:lineRule="auto"/>
            </w:pPr>
            <w:r w:rsidRPr="00B70399">
              <w:rPr>
                <w:b/>
                <w:sz w:val="16"/>
              </w:rPr>
              <w:t>Imię i nazwisko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FFE5E5" w14:textId="77777777" w:rsidR="001C6D51" w:rsidRPr="00B70399" w:rsidRDefault="00074468">
            <w:pPr>
              <w:spacing w:after="0" w:line="240" w:lineRule="auto"/>
            </w:pPr>
            <w:r w:rsidRPr="00B70399">
              <w:rPr>
                <w:b/>
                <w:sz w:val="16"/>
              </w:rPr>
              <w:t>Rola przy realizacji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235331" w14:textId="77777777" w:rsidR="001C6D51" w:rsidRPr="00B70399" w:rsidRDefault="00074468">
            <w:pPr>
              <w:spacing w:after="0" w:line="240" w:lineRule="auto"/>
            </w:pPr>
            <w:r w:rsidRPr="00B70399">
              <w:rPr>
                <w:b/>
                <w:sz w:val="16"/>
              </w:rPr>
              <w:t>Zakres i nr uprawnień zawodowych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3B56D8" w14:textId="77777777" w:rsidR="001C6D51" w:rsidRPr="00B70399" w:rsidRDefault="00074468">
            <w:pPr>
              <w:spacing w:after="0" w:line="240" w:lineRule="auto"/>
            </w:pPr>
            <w:r w:rsidRPr="00B70399">
              <w:rPr>
                <w:b/>
                <w:sz w:val="16"/>
              </w:rPr>
              <w:t>Doświadczenie zawodowe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7F605B" w14:textId="77777777" w:rsidR="001C6D51" w:rsidRPr="00B70399" w:rsidRDefault="00074468">
            <w:pPr>
              <w:spacing w:after="0" w:line="240" w:lineRule="auto"/>
            </w:pPr>
            <w:r w:rsidRPr="00B70399">
              <w:rPr>
                <w:b/>
                <w:sz w:val="16"/>
              </w:rPr>
              <w:t>Podstawa dysponowania</w:t>
            </w:r>
          </w:p>
        </w:tc>
        <w:tc>
          <w:tcPr>
            <w:tcW w:w="1425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A04C43" w14:textId="77777777" w:rsidR="001C6D51" w:rsidRPr="00B70399" w:rsidRDefault="00074468">
            <w:pPr>
              <w:spacing w:after="0" w:line="240" w:lineRule="auto"/>
            </w:pPr>
            <w:r w:rsidRPr="00B70399">
              <w:rPr>
                <w:b/>
                <w:sz w:val="16"/>
              </w:rPr>
              <w:t>Zakres czynności w zamówieniu</w:t>
            </w:r>
          </w:p>
        </w:tc>
      </w:tr>
      <w:tr w:rsidR="00B70399" w:rsidRPr="00B70399" w14:paraId="10A15955" w14:textId="77777777">
        <w:trPr>
          <w:jc w:val="center"/>
        </w:trPr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DD77BC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472F14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E5EC8D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EB0D8B4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76586C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2AD16C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B0D9D2" w14:textId="77777777" w:rsidR="001C6D51" w:rsidRPr="00B70399" w:rsidRDefault="001C6D51">
            <w:pPr>
              <w:spacing w:after="0" w:line="240" w:lineRule="auto"/>
            </w:pPr>
          </w:p>
        </w:tc>
      </w:tr>
      <w:tr w:rsidR="00B70399" w:rsidRPr="00B70399" w14:paraId="78F15BF1" w14:textId="77777777">
        <w:trPr>
          <w:jc w:val="center"/>
        </w:trPr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ECD817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2AA566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1818FD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838111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FB5D64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3A94AD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669867" w14:textId="77777777" w:rsidR="001C6D51" w:rsidRPr="00B70399" w:rsidRDefault="001C6D51">
            <w:pPr>
              <w:spacing w:after="0" w:line="240" w:lineRule="auto"/>
            </w:pPr>
          </w:p>
        </w:tc>
      </w:tr>
      <w:tr w:rsidR="00B70399" w:rsidRPr="00B70399" w14:paraId="4C3A977C" w14:textId="77777777">
        <w:trPr>
          <w:jc w:val="center"/>
        </w:trPr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61130D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24C625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D24CEA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DD6DD3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CAEFB2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5A7AC6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24C230" w14:textId="77777777" w:rsidR="001C6D51" w:rsidRPr="00B70399" w:rsidRDefault="001C6D51">
            <w:pPr>
              <w:spacing w:after="0" w:line="240" w:lineRule="auto"/>
            </w:pPr>
          </w:p>
        </w:tc>
      </w:tr>
      <w:tr w:rsidR="00B70399" w:rsidRPr="00B70399" w14:paraId="75157E9B" w14:textId="77777777">
        <w:trPr>
          <w:jc w:val="center"/>
        </w:trPr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D2472F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01DFCA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F34331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657D7A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8B8085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CE47EE" w14:textId="77777777" w:rsidR="001C6D51" w:rsidRPr="00B70399" w:rsidRDefault="001C6D51">
            <w:pPr>
              <w:spacing w:after="0" w:line="240" w:lineRule="auto"/>
            </w:pPr>
          </w:p>
        </w:tc>
        <w:tc>
          <w:tcPr>
            <w:tcW w:w="142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AA5897" w14:textId="77777777" w:rsidR="001C6D51" w:rsidRPr="00B70399" w:rsidRDefault="001C6D51">
            <w:pPr>
              <w:spacing w:after="0" w:line="240" w:lineRule="auto"/>
            </w:pPr>
          </w:p>
        </w:tc>
      </w:tr>
    </w:tbl>
    <w:p w14:paraId="54A6F3EC" w14:textId="77777777" w:rsidR="001C6D51" w:rsidRPr="00B70399" w:rsidRDefault="00074468">
      <w:r w:rsidRPr="00B70399">
        <w:rPr>
          <w:sz w:val="18"/>
        </w:rPr>
        <w:t>Kierownik prac musi posiadać uprawnienia zawodowe w dziedzinie geodezji i kartografii co najmniej w zakresie 2, o którym mowa w art. 43 pkt 2 ustawy – Prawo geodezyjne i kartograficzne. Osoby wykonujące samodzielne funkcje muszą posiadać uprawnienia właściwe dla faktycznie wykonywanych czynności; jeżeli przyjęta technologia wymaga czynności z zakresu 1, zespół musi obejmować osobę posiadającą uprawnienia w tym zakresie.</w:t>
      </w:r>
    </w:p>
    <w:p w14:paraId="23E88911" w14:textId="77777777" w:rsidR="001C6D51" w:rsidRPr="00B70399" w:rsidRDefault="00074468">
      <w:pPr>
        <w:rPr>
          <w:sz w:val="18"/>
        </w:rPr>
      </w:pPr>
      <w:r w:rsidRPr="00B70399">
        <w:rPr>
          <w:sz w:val="18"/>
        </w:rPr>
        <w:t>Zamawiający może zweryfikować uprawnienia w publicznym rejestrze. Jeżeli weryfikacja nie jest możliwa albo dane są niepełne, Wykonawca na wezwanie przedłoży dokument potwierdzający posiadanie uprawnień.</w:t>
      </w:r>
    </w:p>
    <w:p w14:paraId="0B3C8A50" w14:textId="77777777" w:rsidR="00B70399" w:rsidRDefault="00B70399">
      <w:pPr>
        <w:rPr>
          <w:color w:val="FF0000"/>
          <w:sz w:val="18"/>
        </w:rPr>
      </w:pPr>
    </w:p>
    <w:p w14:paraId="1719D004" w14:textId="77777777" w:rsidR="00B70399" w:rsidRDefault="00B70399"/>
    <w:p w14:paraId="2ADF0CF8" w14:textId="77777777" w:rsidR="001C6D51" w:rsidRDefault="00074468">
      <w:pPr>
        <w:spacing w:before="200"/>
        <w:jc w:val="right"/>
      </w:pPr>
      <w:r>
        <w:rPr>
          <w:color w:val="000000"/>
        </w:rPr>
        <w:t>……………………………………, dnia ………………… r.</w:t>
      </w:r>
      <w:r>
        <w:rPr>
          <w:color w:val="000000"/>
        </w:rPr>
        <w:br/>
      </w:r>
      <w:r>
        <w:rPr>
          <w:color w:val="000000"/>
        </w:rPr>
        <w:br/>
        <w:t>………………………………………………………………</w:t>
      </w:r>
      <w:r>
        <w:rPr>
          <w:color w:val="000000"/>
        </w:rPr>
        <w:br/>
        <w:t>(podpis osoby uprawnionej do reprezentowania Wykonawcy)</w:t>
      </w:r>
    </w:p>
    <w:sectPr w:rsidR="001C6D51" w:rsidSect="00034616">
      <w:footerReference w:type="default" r:id="rId8"/>
      <w:pgSz w:w="12240" w:h="15840"/>
      <w:pgMar w:top="1020" w:right="1134" w:bottom="1020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9DFAC" w14:textId="77777777" w:rsidR="00530254" w:rsidRDefault="00530254">
      <w:pPr>
        <w:spacing w:after="0" w:line="240" w:lineRule="auto"/>
      </w:pPr>
      <w:r>
        <w:separator/>
      </w:r>
    </w:p>
  </w:endnote>
  <w:endnote w:type="continuationSeparator" w:id="0">
    <w:p w14:paraId="01F06E8A" w14:textId="77777777" w:rsidR="00530254" w:rsidRDefault="00530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0FAD3" w14:textId="4A24F79F" w:rsidR="001C6D51" w:rsidRDefault="00074468">
    <w:pPr>
      <w:pStyle w:val="Stopka"/>
      <w:jc w:val="center"/>
    </w:pPr>
    <w:r>
      <w:rPr>
        <w:sz w:val="18"/>
      </w:rPr>
      <w:t xml:space="preserve">Strona </w:t>
    </w: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 w:rsidR="00E27433">
      <w:rPr>
        <w:noProof/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7FA54" w14:textId="77777777" w:rsidR="00530254" w:rsidRDefault="00530254">
      <w:pPr>
        <w:spacing w:after="0" w:line="240" w:lineRule="auto"/>
      </w:pPr>
      <w:r>
        <w:separator/>
      </w:r>
    </w:p>
  </w:footnote>
  <w:footnote w:type="continuationSeparator" w:id="0">
    <w:p w14:paraId="1BB08B0A" w14:textId="77777777" w:rsidR="00530254" w:rsidRDefault="00530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4013312">
    <w:abstractNumId w:val="8"/>
  </w:num>
  <w:num w:numId="2" w16cid:durableId="2125343186">
    <w:abstractNumId w:val="6"/>
  </w:num>
  <w:num w:numId="3" w16cid:durableId="234440295">
    <w:abstractNumId w:val="5"/>
  </w:num>
  <w:num w:numId="4" w16cid:durableId="1072195979">
    <w:abstractNumId w:val="4"/>
  </w:num>
  <w:num w:numId="5" w16cid:durableId="561672125">
    <w:abstractNumId w:val="7"/>
  </w:num>
  <w:num w:numId="6" w16cid:durableId="1012342426">
    <w:abstractNumId w:val="3"/>
  </w:num>
  <w:num w:numId="7" w16cid:durableId="1018317669">
    <w:abstractNumId w:val="2"/>
  </w:num>
  <w:num w:numId="8" w16cid:durableId="905264431">
    <w:abstractNumId w:val="1"/>
  </w:num>
  <w:num w:numId="9" w16cid:durableId="1914504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4468"/>
    <w:rsid w:val="0015074B"/>
    <w:rsid w:val="001C6D51"/>
    <w:rsid w:val="0029639D"/>
    <w:rsid w:val="00326F90"/>
    <w:rsid w:val="004A736E"/>
    <w:rsid w:val="00530254"/>
    <w:rsid w:val="00AA1D8D"/>
    <w:rsid w:val="00B47730"/>
    <w:rsid w:val="00B70399"/>
    <w:rsid w:val="00CB0664"/>
    <w:rsid w:val="00E27433"/>
    <w:rsid w:val="00F1290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0C466ACC-4287-40F2-9940-0DFA2DCC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52" w:lineRule="auto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adw</dc:creator>
  <cp:keywords/>
  <dc:description>user adw</dc:description>
  <cp:lastModifiedBy>Krystyna Szczepanek</cp:lastModifiedBy>
  <cp:revision>4</cp:revision>
  <dcterms:created xsi:type="dcterms:W3CDTF">2026-09-22T06:46:00Z</dcterms:created>
  <dcterms:modified xsi:type="dcterms:W3CDTF">2026-10-22T05:40:00Z</dcterms:modified>
  <cp:category/>
</cp:coreProperties>
</file>