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8B622" w14:textId="77777777" w:rsidR="008E3F36" w:rsidRDefault="004E0F0C">
      <w:pPr>
        <w:jc w:val="right"/>
        <w:rPr>
          <w:color w:val="000000"/>
        </w:rPr>
      </w:pPr>
      <w:r>
        <w:rPr>
          <w:color w:val="000000"/>
        </w:rPr>
        <w:t xml:space="preserve">Załącznik nr 6 do </w:t>
      </w:r>
      <w:proofErr w:type="spellStart"/>
      <w:r>
        <w:rPr>
          <w:color w:val="000000"/>
        </w:rPr>
        <w:t>zapytania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ofertowego</w:t>
      </w:r>
      <w:proofErr w:type="spellEnd"/>
    </w:p>
    <w:p w14:paraId="56EDAE74" w14:textId="77777777" w:rsidR="00C303B3" w:rsidRPr="00C303B3" w:rsidRDefault="00C303B3">
      <w:pPr>
        <w:jc w:val="right"/>
      </w:pPr>
    </w:p>
    <w:p w14:paraId="41C0016E" w14:textId="77777777" w:rsidR="008E3F36" w:rsidRPr="00C303B3" w:rsidRDefault="004E0F0C">
      <w:pPr>
        <w:jc w:val="center"/>
      </w:pPr>
      <w:r w:rsidRPr="00C303B3">
        <w:rPr>
          <w:b/>
          <w:sz w:val="28"/>
        </w:rPr>
        <w:t>WYKAZ CZĘŚCI ZAMÓWIENIA POWIERZANYCH PODWYKONAWCOM</w:t>
      </w:r>
    </w:p>
    <w:p w14:paraId="7E03B2F2" w14:textId="77777777" w:rsidR="008E3F36" w:rsidRPr="00C303B3" w:rsidRDefault="004E0F0C">
      <w:r w:rsidRPr="00C303B3">
        <w:t>Nazwa zadania: Doprowadzenie do zgodności oznaczenia klasoużytków (użytków gruntowych, klas bonitacyjnych) pomiędzy częścią opisową a częścią graficzną bazy EGiB.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C303B3" w:rsidRPr="00C303B3" w14:paraId="517FF87E" w14:textId="77777777">
        <w:trPr>
          <w:tblHeader/>
          <w:jc w:val="center"/>
        </w:trPr>
        <w:tc>
          <w:tcPr>
            <w:tcW w:w="2493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EF4F3E2" w14:textId="77777777" w:rsidR="008E3F36" w:rsidRPr="00C303B3" w:rsidRDefault="004E0F0C">
            <w:pPr>
              <w:spacing w:after="0" w:line="240" w:lineRule="auto"/>
            </w:pPr>
            <w:r w:rsidRPr="00C303B3">
              <w:rPr>
                <w:b/>
                <w:sz w:val="16"/>
              </w:rPr>
              <w:t>Lp.</w:t>
            </w:r>
          </w:p>
        </w:tc>
        <w:tc>
          <w:tcPr>
            <w:tcW w:w="2493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3D1C9D" w14:textId="77777777" w:rsidR="008E3F36" w:rsidRPr="00C303B3" w:rsidRDefault="004E0F0C">
            <w:pPr>
              <w:spacing w:after="0" w:line="240" w:lineRule="auto"/>
            </w:pPr>
            <w:r w:rsidRPr="00C303B3">
              <w:rPr>
                <w:b/>
                <w:sz w:val="16"/>
              </w:rPr>
              <w:t>Zakres części zamówienia powierzanej podwykonawcy</w:t>
            </w:r>
          </w:p>
        </w:tc>
        <w:tc>
          <w:tcPr>
            <w:tcW w:w="2493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7F8216" w14:textId="77777777" w:rsidR="008E3F36" w:rsidRPr="00C303B3" w:rsidRDefault="004E0F0C">
            <w:pPr>
              <w:spacing w:after="0" w:line="240" w:lineRule="auto"/>
            </w:pPr>
            <w:r w:rsidRPr="00C303B3">
              <w:rPr>
                <w:b/>
                <w:sz w:val="16"/>
              </w:rPr>
              <w:t>Nazwa podwykonawcy – jeżeli jest znana</w:t>
            </w:r>
          </w:p>
        </w:tc>
        <w:tc>
          <w:tcPr>
            <w:tcW w:w="2493" w:type="dxa"/>
            <w:shd w:val="clear" w:color="auto" w:fill="E7E6E6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AE51AC" w14:textId="77777777" w:rsidR="008E3F36" w:rsidRPr="00C303B3" w:rsidRDefault="004E0F0C">
            <w:pPr>
              <w:spacing w:after="0" w:line="240" w:lineRule="auto"/>
            </w:pPr>
            <w:r w:rsidRPr="00C303B3">
              <w:rPr>
                <w:b/>
                <w:sz w:val="16"/>
              </w:rPr>
              <w:t>Czy podwykonawca będzie przetwarzał dane / korzystał z dostępu do systemów Zamawiającego</w:t>
            </w:r>
          </w:p>
        </w:tc>
      </w:tr>
      <w:tr w:rsidR="00C303B3" w:rsidRPr="00C303B3" w14:paraId="5D0E96DA" w14:textId="77777777">
        <w:trPr>
          <w:jc w:val="center"/>
        </w:trPr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6CDEC7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AB4C70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A03DDA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71B3E2" w14:textId="77777777" w:rsidR="008E3F36" w:rsidRPr="00C303B3" w:rsidRDefault="008E3F36">
            <w:pPr>
              <w:spacing w:after="0" w:line="240" w:lineRule="auto"/>
            </w:pPr>
          </w:p>
        </w:tc>
      </w:tr>
      <w:tr w:rsidR="00C303B3" w:rsidRPr="00C303B3" w14:paraId="0356C31F" w14:textId="77777777">
        <w:trPr>
          <w:jc w:val="center"/>
        </w:trPr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BE1A6A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081997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CAA1D3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AF121E" w14:textId="77777777" w:rsidR="008E3F36" w:rsidRPr="00C303B3" w:rsidRDefault="008E3F36">
            <w:pPr>
              <w:spacing w:after="0" w:line="240" w:lineRule="auto"/>
            </w:pPr>
          </w:p>
        </w:tc>
      </w:tr>
      <w:tr w:rsidR="00C303B3" w:rsidRPr="00C303B3" w14:paraId="04325F77" w14:textId="77777777">
        <w:trPr>
          <w:jc w:val="center"/>
        </w:trPr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8834E9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628E69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FE1BBA" w14:textId="77777777" w:rsidR="008E3F36" w:rsidRPr="00C303B3" w:rsidRDefault="008E3F36">
            <w:pPr>
              <w:spacing w:after="0" w:line="240" w:lineRule="auto"/>
            </w:pPr>
          </w:p>
        </w:tc>
        <w:tc>
          <w:tcPr>
            <w:tcW w:w="2493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7A7048" w14:textId="77777777" w:rsidR="008E3F36" w:rsidRPr="00C303B3" w:rsidRDefault="008E3F36">
            <w:pPr>
              <w:spacing w:after="0" w:line="240" w:lineRule="auto"/>
            </w:pPr>
          </w:p>
        </w:tc>
      </w:tr>
    </w:tbl>
    <w:p w14:paraId="1B84FB86" w14:textId="77777777" w:rsidR="008E3F36" w:rsidRPr="00C303B3" w:rsidRDefault="004E0F0C">
      <w:r w:rsidRPr="00C303B3">
        <w:rPr>
          <w:sz w:val="18"/>
        </w:rPr>
        <w:t>Jeżeli Wykonawca nie zamierza korzystać z podwykonawców, należy wpisać „NIE DOTYCZY”.</w:t>
      </w:r>
    </w:p>
    <w:p w14:paraId="57B20C5C" w14:textId="77777777" w:rsidR="008E3F36" w:rsidRPr="00C303B3" w:rsidRDefault="004E0F0C">
      <w:r w:rsidRPr="00C303B3">
        <w:rPr>
          <w:sz w:val="18"/>
        </w:rPr>
        <w:t>Wprowadzenie podwykonawcy nieujawnionego w ofercie, który ma wykonywać czynności objęte warunkami udziału, uzyskać dostęp do danych osobowych albo systemów Zamawiającego, podlega zasadom określonym w projekcie Umowy i – w zakresie danych osobowych – wymaga spełnienia warunków dalszego powierzenia.</w:t>
      </w:r>
    </w:p>
    <w:p w14:paraId="5228BC81" w14:textId="77777777" w:rsidR="00C303B3" w:rsidRDefault="00C303B3">
      <w:pPr>
        <w:spacing w:before="200"/>
        <w:jc w:val="right"/>
        <w:rPr>
          <w:color w:val="000000"/>
        </w:rPr>
      </w:pPr>
    </w:p>
    <w:p w14:paraId="161235F4" w14:textId="77777777" w:rsidR="00C303B3" w:rsidRDefault="00C303B3">
      <w:pPr>
        <w:spacing w:before="200"/>
        <w:jc w:val="right"/>
        <w:rPr>
          <w:color w:val="000000"/>
        </w:rPr>
      </w:pPr>
    </w:p>
    <w:p w14:paraId="1CF45C24" w14:textId="77777777" w:rsidR="00C303B3" w:rsidRDefault="00C303B3">
      <w:pPr>
        <w:spacing w:before="200"/>
        <w:jc w:val="right"/>
        <w:rPr>
          <w:color w:val="000000"/>
        </w:rPr>
      </w:pPr>
    </w:p>
    <w:p w14:paraId="6491069A" w14:textId="53AC8843" w:rsidR="008E3F36" w:rsidRDefault="004E0F0C">
      <w:pPr>
        <w:spacing w:before="200"/>
        <w:jc w:val="right"/>
      </w:pPr>
      <w:r>
        <w:rPr>
          <w:color w:val="000000"/>
        </w:rPr>
        <w:t xml:space="preserve">……………………………………, </w:t>
      </w:r>
      <w:proofErr w:type="spellStart"/>
      <w:r>
        <w:rPr>
          <w:color w:val="000000"/>
        </w:rPr>
        <w:t>dnia</w:t>
      </w:r>
      <w:proofErr w:type="spellEnd"/>
      <w:r>
        <w:rPr>
          <w:color w:val="000000"/>
        </w:rPr>
        <w:t xml:space="preserve"> ………………… r.</w:t>
      </w:r>
      <w:r>
        <w:rPr>
          <w:color w:val="000000"/>
        </w:rPr>
        <w:br/>
      </w:r>
      <w:r>
        <w:rPr>
          <w:color w:val="000000"/>
        </w:rPr>
        <w:br/>
        <w:t>………………………………………………………………</w:t>
      </w:r>
      <w:r>
        <w:rPr>
          <w:color w:val="000000"/>
        </w:rPr>
        <w:br/>
        <w:t>(podpis osoby uprawnionej do reprezentowania Wykonawcy)</w:t>
      </w:r>
    </w:p>
    <w:sectPr w:rsidR="008E3F36" w:rsidSect="00034616">
      <w:footerReference w:type="default" r:id="rId8"/>
      <w:pgSz w:w="12240" w:h="15840"/>
      <w:pgMar w:top="1020" w:right="1134" w:bottom="102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901B8" w14:textId="77777777" w:rsidR="006C3C7E" w:rsidRDefault="006C3C7E">
      <w:pPr>
        <w:spacing w:after="0" w:line="240" w:lineRule="auto"/>
      </w:pPr>
      <w:r>
        <w:separator/>
      </w:r>
    </w:p>
  </w:endnote>
  <w:endnote w:type="continuationSeparator" w:id="0">
    <w:p w14:paraId="70ED5276" w14:textId="77777777" w:rsidR="006C3C7E" w:rsidRDefault="006C3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8034" w14:textId="4D46B7BB" w:rsidR="008E3F36" w:rsidRDefault="004E0F0C">
    <w:pPr>
      <w:pStyle w:val="Stopka"/>
      <w:jc w:val="center"/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816009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43A99" w14:textId="77777777" w:rsidR="006C3C7E" w:rsidRDefault="006C3C7E">
      <w:pPr>
        <w:spacing w:after="0" w:line="240" w:lineRule="auto"/>
      </w:pPr>
      <w:r>
        <w:separator/>
      </w:r>
    </w:p>
  </w:footnote>
  <w:footnote w:type="continuationSeparator" w:id="0">
    <w:p w14:paraId="039E1436" w14:textId="77777777" w:rsidR="006C3C7E" w:rsidRDefault="006C3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0680222">
    <w:abstractNumId w:val="8"/>
  </w:num>
  <w:num w:numId="2" w16cid:durableId="614485076">
    <w:abstractNumId w:val="6"/>
  </w:num>
  <w:num w:numId="3" w16cid:durableId="798258850">
    <w:abstractNumId w:val="5"/>
  </w:num>
  <w:num w:numId="4" w16cid:durableId="2119643297">
    <w:abstractNumId w:val="4"/>
  </w:num>
  <w:num w:numId="5" w16cid:durableId="138963617">
    <w:abstractNumId w:val="7"/>
  </w:num>
  <w:num w:numId="6" w16cid:durableId="1765760050">
    <w:abstractNumId w:val="3"/>
  </w:num>
  <w:num w:numId="7" w16cid:durableId="745299706">
    <w:abstractNumId w:val="2"/>
  </w:num>
  <w:num w:numId="8" w16cid:durableId="640813897">
    <w:abstractNumId w:val="1"/>
  </w:num>
  <w:num w:numId="9" w16cid:durableId="7946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3888"/>
    <w:rsid w:val="0015074B"/>
    <w:rsid w:val="0029639D"/>
    <w:rsid w:val="00326F90"/>
    <w:rsid w:val="004A736E"/>
    <w:rsid w:val="004E0F0C"/>
    <w:rsid w:val="006C3C7E"/>
    <w:rsid w:val="00816009"/>
    <w:rsid w:val="008E3F36"/>
    <w:rsid w:val="00AA1D8D"/>
    <w:rsid w:val="00B47730"/>
    <w:rsid w:val="00C303B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0C466ACC-4287-40F2-9940-0DFA2DCC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adw</dc:creator>
  <cp:keywords/>
  <dc:description>user adw</dc:description>
  <cp:lastModifiedBy>Krystyna Szczepanek</cp:lastModifiedBy>
  <cp:revision>4</cp:revision>
  <dcterms:created xsi:type="dcterms:W3CDTF">2026-09-22T06:47:00Z</dcterms:created>
  <dcterms:modified xsi:type="dcterms:W3CDTF">2026-10-22T05:39:00Z</dcterms:modified>
  <cp:category/>
</cp:coreProperties>
</file>