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EF5F" w14:textId="77777777" w:rsidR="00A169C0" w:rsidRPr="00B01013" w:rsidRDefault="002048AB">
      <w:pPr>
        <w:jc w:val="right"/>
        <w:rPr>
          <w:color w:val="000000" w:themeColor="text1"/>
        </w:rPr>
      </w:pPr>
      <w:r w:rsidRPr="00B01013">
        <w:rPr>
          <w:color w:val="000000" w:themeColor="text1"/>
        </w:rPr>
        <w:t>Załącznik nr 7 do zapytania ofertowego</w:t>
      </w:r>
    </w:p>
    <w:p w14:paraId="507AE6E1" w14:textId="77777777" w:rsidR="00A169C0" w:rsidRPr="00B01013" w:rsidRDefault="002048AB">
      <w:pPr>
        <w:jc w:val="center"/>
        <w:rPr>
          <w:color w:val="000000" w:themeColor="text1"/>
        </w:rPr>
      </w:pPr>
      <w:r w:rsidRPr="00B01013">
        <w:rPr>
          <w:b/>
          <w:color w:val="000000" w:themeColor="text1"/>
          <w:sz w:val="26"/>
        </w:rPr>
        <w:t>ZOBOWIĄZANIE PODMIOTU DO ODDANIA WYKONAWCY DO DYSPOZYCJI NIEZBĘDNYCH ZASOBÓW</w:t>
      </w:r>
    </w:p>
    <w:p w14:paraId="15F817A3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Nazwa podmiotu udostępniającego zasoby: ……………………………………………………………………………</w:t>
      </w:r>
    </w:p>
    <w:p w14:paraId="69AF9025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Adres / NIP / REGON: ……………………………………………………………………………………………………………</w:t>
      </w:r>
    </w:p>
    <w:p w14:paraId="0F39C3AC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W przypadku wyboru Wykonawcy: ………………………………………………………………………………………………</w:t>
      </w:r>
    </w:p>
    <w:p w14:paraId="36144400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zobowiązuję się oddać temu Wykonawcy do dyspozycji następujące zasoby na okres korzystania z nich przy wykonywaniu zamówienia:</w:t>
      </w:r>
    </w:p>
    <w:p w14:paraId="4281756A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☐ doświadczenie   ☐ personel   ☐ potencjał techniczny   ☐ inne: …………………………………………</w:t>
      </w:r>
    </w:p>
    <w:p w14:paraId="7B822CEF" w14:textId="77777777" w:rsidR="00A169C0" w:rsidRPr="00B01013" w:rsidRDefault="002048AB">
      <w:pPr>
        <w:keepNext/>
        <w:spacing w:before="120" w:after="80"/>
        <w:rPr>
          <w:color w:val="000000" w:themeColor="text1"/>
        </w:rPr>
      </w:pPr>
      <w:r w:rsidRPr="00B01013">
        <w:rPr>
          <w:b/>
          <w:color w:val="000000" w:themeColor="text1"/>
        </w:rPr>
        <w:t>1. Zakres udostępnianych zasobów</w:t>
      </w:r>
    </w:p>
    <w:p w14:paraId="4C02CD53" w14:textId="5522A9B4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………………………………………………………………………………………………</w:t>
      </w:r>
      <w:r w:rsidR="00B01013">
        <w:rPr>
          <w:color w:val="000000" w:themeColor="text1"/>
        </w:rPr>
        <w:t>.</w:t>
      </w:r>
      <w:r w:rsidRPr="00B01013">
        <w:rPr>
          <w:color w:val="000000" w:themeColor="text1"/>
        </w:rPr>
        <w:t>……………………………………………………</w:t>
      </w:r>
      <w:r w:rsidR="00B01013">
        <w:rPr>
          <w:color w:val="000000" w:themeColor="text1"/>
        </w:rPr>
        <w:t>………………………………………………………………………………………….</w:t>
      </w:r>
    </w:p>
    <w:p w14:paraId="228BD6C6" w14:textId="77777777" w:rsidR="00A169C0" w:rsidRPr="00B01013" w:rsidRDefault="002048AB">
      <w:pPr>
        <w:keepNext/>
        <w:spacing w:before="120" w:after="80"/>
        <w:rPr>
          <w:color w:val="000000" w:themeColor="text1"/>
        </w:rPr>
      </w:pPr>
      <w:r w:rsidRPr="00B01013">
        <w:rPr>
          <w:b/>
          <w:color w:val="000000" w:themeColor="text1"/>
        </w:rPr>
        <w:t>2. Sposób faktycznego wykorzystania zasobów</w:t>
      </w:r>
    </w:p>
    <w:p w14:paraId="69BB39CD" w14:textId="66BDAE90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………………………………………………………………………………………………………………………………………</w:t>
      </w:r>
      <w:r w:rsidR="00B01013">
        <w:rPr>
          <w:color w:val="000000" w:themeColor="text1"/>
        </w:rPr>
        <w:t>………………………………………………………………………………………….</w:t>
      </w:r>
      <w:r w:rsidRPr="00B01013">
        <w:rPr>
          <w:color w:val="000000" w:themeColor="text1"/>
        </w:rPr>
        <w:t>……………</w:t>
      </w:r>
    </w:p>
    <w:p w14:paraId="4EA55F70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  <w:sz w:val="18"/>
        </w:rPr>
        <w:t>Jeżeli udostępniane jest doświadczenie, podmiot udostępniający zobowiązuje się faktycznie uczestniczyć w realizacji części zamówienia, której to doświadczenie dotyczy, w szczególności poprzez wykonanie wskazanych czynności jako podwykonawca albo w innym realnym i możliwym do wykazania modelu uczestnictwa.</w:t>
      </w:r>
    </w:p>
    <w:p w14:paraId="394B3018" w14:textId="77777777" w:rsidR="00A169C0" w:rsidRPr="00B01013" w:rsidRDefault="002048AB">
      <w:pPr>
        <w:keepNext/>
        <w:spacing w:before="120" w:after="80"/>
        <w:rPr>
          <w:color w:val="000000" w:themeColor="text1"/>
        </w:rPr>
      </w:pPr>
      <w:r w:rsidRPr="00B01013">
        <w:rPr>
          <w:b/>
          <w:color w:val="000000" w:themeColor="text1"/>
        </w:rPr>
        <w:t>3. Charakter stosunku prawnego z Wykonawcą</w:t>
      </w:r>
    </w:p>
    <w:p w14:paraId="1480CB7C" w14:textId="74844606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…………………………………………………………………………………………………………………………………………………</w:t>
      </w:r>
      <w:r w:rsidR="00B01013">
        <w:rPr>
          <w:color w:val="000000" w:themeColor="text1"/>
        </w:rPr>
        <w:t>………………………………………………………………………………………….</w:t>
      </w:r>
      <w:r w:rsidRPr="00B01013">
        <w:rPr>
          <w:color w:val="000000" w:themeColor="text1"/>
        </w:rPr>
        <w:t>…</w:t>
      </w:r>
    </w:p>
    <w:p w14:paraId="2C0B0174" w14:textId="77777777" w:rsidR="00A169C0" w:rsidRPr="00B01013" w:rsidRDefault="002048AB">
      <w:pPr>
        <w:keepNext/>
        <w:spacing w:before="120" w:after="80"/>
        <w:rPr>
          <w:color w:val="000000" w:themeColor="text1"/>
        </w:rPr>
      </w:pPr>
      <w:r w:rsidRPr="00B01013">
        <w:rPr>
          <w:b/>
          <w:color w:val="000000" w:themeColor="text1"/>
        </w:rPr>
        <w:t>4. Okres udziału podmiotu przy wykonywaniu zamówienia</w:t>
      </w:r>
    </w:p>
    <w:p w14:paraId="3D439BD4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……………………………………………………………………………………………………………………………………………………</w:t>
      </w:r>
    </w:p>
    <w:p w14:paraId="65BDE1F0" w14:textId="77777777" w:rsidR="00A169C0" w:rsidRPr="00B01013" w:rsidRDefault="002048AB">
      <w:pPr>
        <w:keepNext/>
        <w:spacing w:before="120" w:after="80"/>
        <w:rPr>
          <w:color w:val="000000" w:themeColor="text1"/>
        </w:rPr>
      </w:pPr>
      <w:r w:rsidRPr="00B01013">
        <w:rPr>
          <w:b/>
          <w:color w:val="000000" w:themeColor="text1"/>
        </w:rPr>
        <w:t>5. Osoby / sprzęt / doświadczenie oddane do dyspozycji</w:t>
      </w:r>
    </w:p>
    <w:p w14:paraId="4091B0CB" w14:textId="060EBAB4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</w:rPr>
        <w:t>…………………………………………………………………………………………………………………………………</w:t>
      </w:r>
      <w:r w:rsidR="00B01013">
        <w:rPr>
          <w:color w:val="000000" w:themeColor="text1"/>
        </w:rPr>
        <w:t>…………………………………………………………………………………………</w:t>
      </w:r>
      <w:r w:rsidRPr="00B01013">
        <w:rPr>
          <w:color w:val="000000" w:themeColor="text1"/>
        </w:rPr>
        <w:t>…………………</w:t>
      </w:r>
    </w:p>
    <w:p w14:paraId="30383835" w14:textId="77777777" w:rsidR="00A169C0" w:rsidRPr="00B01013" w:rsidRDefault="002048AB">
      <w:pPr>
        <w:rPr>
          <w:color w:val="000000" w:themeColor="text1"/>
        </w:rPr>
      </w:pPr>
      <w:r w:rsidRPr="00B01013">
        <w:rPr>
          <w:color w:val="000000" w:themeColor="text1"/>
          <w:sz w:val="18"/>
        </w:rPr>
        <w:t>Podmiot udostępniający zasoby potwierdza, że zasób będzie dostępny przez okres wymagany do prawidłowego wykonania przypisanej części zamówienia oraz że – w zakresie, w jakim jego personel będzie przetwarzał dane lub korzystał z systemów Zamawiającego – podda się wymaganiom Umowy, Warunków Technicznych i zasadom ochrony danych.</w:t>
      </w:r>
    </w:p>
    <w:p w14:paraId="77D128A2" w14:textId="77777777" w:rsidR="00A169C0" w:rsidRPr="00B01013" w:rsidRDefault="002048AB">
      <w:pPr>
        <w:spacing w:before="200"/>
        <w:jc w:val="right"/>
        <w:rPr>
          <w:color w:val="000000" w:themeColor="text1"/>
        </w:rPr>
      </w:pPr>
      <w:r w:rsidRPr="00B01013">
        <w:rPr>
          <w:color w:val="000000" w:themeColor="text1"/>
        </w:rPr>
        <w:t>……………………………………, dnia ………………… r.</w:t>
      </w:r>
      <w:r w:rsidRPr="00B01013">
        <w:rPr>
          <w:color w:val="000000" w:themeColor="text1"/>
        </w:rPr>
        <w:br/>
      </w:r>
      <w:r w:rsidRPr="00B01013">
        <w:rPr>
          <w:color w:val="000000" w:themeColor="text1"/>
        </w:rPr>
        <w:br/>
        <w:t>………………………………………………………………</w:t>
      </w:r>
      <w:r w:rsidRPr="00B01013">
        <w:rPr>
          <w:color w:val="000000" w:themeColor="text1"/>
        </w:rPr>
        <w:br/>
        <w:t>(podpis osoby uprawnionej do reprezentowania podmiotu)</w:t>
      </w:r>
    </w:p>
    <w:sectPr w:rsidR="00A169C0" w:rsidRPr="00B01013" w:rsidSect="00034616">
      <w:footerReference w:type="default" r:id="rId8"/>
      <w:pgSz w:w="12240" w:h="15840"/>
      <w:pgMar w:top="1020" w:right="1134" w:bottom="10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C82AD" w14:textId="77777777" w:rsidR="00352CB9" w:rsidRDefault="00352CB9">
      <w:pPr>
        <w:spacing w:after="0" w:line="240" w:lineRule="auto"/>
      </w:pPr>
      <w:r>
        <w:separator/>
      </w:r>
    </w:p>
  </w:endnote>
  <w:endnote w:type="continuationSeparator" w:id="0">
    <w:p w14:paraId="59971AD9" w14:textId="77777777" w:rsidR="00352CB9" w:rsidRDefault="00352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95E9" w14:textId="318BF69E" w:rsidR="00A169C0" w:rsidRDefault="002048AB">
    <w:pPr>
      <w:pStyle w:val="Stopka"/>
      <w:jc w:val="center"/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7E2E30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452D1" w14:textId="77777777" w:rsidR="00352CB9" w:rsidRDefault="00352CB9">
      <w:pPr>
        <w:spacing w:after="0" w:line="240" w:lineRule="auto"/>
      </w:pPr>
      <w:r>
        <w:separator/>
      </w:r>
    </w:p>
  </w:footnote>
  <w:footnote w:type="continuationSeparator" w:id="0">
    <w:p w14:paraId="27FEF6D9" w14:textId="77777777" w:rsidR="00352CB9" w:rsidRDefault="00352C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4309885">
    <w:abstractNumId w:val="8"/>
  </w:num>
  <w:num w:numId="2" w16cid:durableId="804543265">
    <w:abstractNumId w:val="6"/>
  </w:num>
  <w:num w:numId="3" w16cid:durableId="1556349871">
    <w:abstractNumId w:val="5"/>
  </w:num>
  <w:num w:numId="4" w16cid:durableId="2040624676">
    <w:abstractNumId w:val="4"/>
  </w:num>
  <w:num w:numId="5" w16cid:durableId="1521091403">
    <w:abstractNumId w:val="7"/>
  </w:num>
  <w:num w:numId="6" w16cid:durableId="524556341">
    <w:abstractNumId w:val="3"/>
  </w:num>
  <w:num w:numId="7" w16cid:durableId="1221792327">
    <w:abstractNumId w:val="2"/>
  </w:num>
  <w:num w:numId="8" w16cid:durableId="885726936">
    <w:abstractNumId w:val="1"/>
  </w:num>
  <w:num w:numId="9" w16cid:durableId="1296526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48AB"/>
    <w:rsid w:val="0029639D"/>
    <w:rsid w:val="00326F90"/>
    <w:rsid w:val="00352CB9"/>
    <w:rsid w:val="004A736E"/>
    <w:rsid w:val="006A4B97"/>
    <w:rsid w:val="007E2E30"/>
    <w:rsid w:val="00A169C0"/>
    <w:rsid w:val="00AA1D8D"/>
    <w:rsid w:val="00B01013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C466ACC-4287-40F2-9940-0DFA2DCC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adw</dc:creator>
  <cp:keywords/>
  <dc:description>user adw</dc:description>
  <cp:lastModifiedBy>Krystyna Szczepanek</cp:lastModifiedBy>
  <cp:revision>3</cp:revision>
  <dcterms:created xsi:type="dcterms:W3CDTF">2026-09-22T06:48:00Z</dcterms:created>
  <dcterms:modified xsi:type="dcterms:W3CDTF">2026-10-22T05:38:00Z</dcterms:modified>
  <cp:category/>
</cp:coreProperties>
</file>